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14="http://schemas.microsoft.com/office/word/2010/wordml" xmlns:w="http://schemas.openxmlformats.org/wordprocessingml/2006/main" xmlns:mc="http://schemas.openxmlformats.org/markup-compatibility/2006" mc:Ignorable="w14">
  <w:body>
    <w:p w14:paraId="7C2B6D4A">
      <w:pPr>
        <w:spacing w:before="0" w:after="0" w:line="240" w:lineRule="auto"/>
        <w:jc w:val="center"/>
      </w:pPr>
      <w:r>
        <w:rPr>
          <w:rFonts w:ascii="Times New Roman" w:hAnsi="Times New Roman" w:eastAsia="WenQuanYi Micro Hei" w:cs="Times New Roman"/>
          <w:b w:val="1"/>
          <w:color w:val="C00000"/>
          <w:sz w:val="30"/>
          <w:szCs w:val="30"/>
        </w:rPr>
        <w:t>Why We Should Keep Chinese Traditions</w:t>
      </w:r>
    </w:p>
    <w:p w14:paraId="0512BAD6">
      <w:pPr>
        <w:spacing w:before="0" w:after="160" w:line="240" w:lineRule="auto"/>
        <w:jc w:val="center"/>
      </w:pPr>
      <w:r>
        <w:rPr>
          <w:rFonts w:hint="eastAsia" w:ascii="Times New Roman" w:hAnsi="Times New Roman" w:eastAsia="WenQuanYi Micro Hei" w:cs="Times New Roman"/>
          <w:b w:val="1"/>
          <w:color w:val="C00000"/>
          <w:sz w:val="26"/>
          <w:szCs w:val="26"/>
        </w:rPr>
        <w:t>我们为什么要传承中国传统</w:t>
      </w:r>
    </w:p>
    <w:p w14:paraId="1864A9B0">
      <w:pPr>
        <w:spacing w:before="0" w:after="0" w:line="240" w:lineRule="auto"/>
      </w:pPr>
      <w:r>
        <w:rPr>
          <w:rFonts w:ascii="Times New Roman" w:hAnsi="Times New Roman" w:eastAsia="WenQuanYi Micro Hei" w:cs="Times New Roman"/>
          <w:b w:val="0"/>
          <w:sz w:val="24"/>
          <w:szCs w:val="24"/>
        </w:rPr>
        <w:t>Hello, teachers and friends! Good morning!</w:t>
      </w:r>
    </w:p>
    <w:p w14:paraId="7B95B6A8">
      <w:pPr>
        <w:spacing w:before="0" w:after="80" w:line="240" w:lineRule="auto"/>
      </w:pPr>
      <w:r>
        <w:rPr>
          <w:rFonts w:hint="eastAsia" w:ascii="Times New Roman" w:hAnsi="Times New Roman" w:eastAsia="WenQuanYi Micro Hei" w:cs="Times New Roman"/>
          <w:b w:val="0"/>
          <w:color w:val="404040"/>
          <w:sz w:val="21"/>
          <w:szCs w:val="21"/>
        </w:rPr>
        <w:t>大家好，老师和朋友们！早上好！</w:t>
      </w:r>
    </w:p>
    <w:p w14:paraId="64364CB2">
      <w:pPr>
        <w:spacing w:before="0" w:after="0" w:line="240" w:lineRule="auto"/>
      </w:pPr>
      <w:r>
        <w:rPr>
          <w:rFonts w:ascii="Times New Roman" w:hAnsi="Times New Roman" w:eastAsia="WenQuanYi Micro Hei" w:cs="Times New Roman"/>
          <w:b w:val="0"/>
          <w:sz w:val="24"/>
          <w:szCs w:val="24"/>
        </w:rPr>
        <w:t>What do you think of when you hear the words “Chinese traditions”?</w:t>
      </w:r>
    </w:p>
    <w:p w14:paraId="39F2ABCF">
      <w:pPr>
        <w:spacing w:before="0" w:after="80" w:line="240" w:lineRule="auto"/>
      </w:pPr>
      <w:r>
        <w:rPr>
          <w:rFonts w:hint="eastAsia" w:ascii="Times New Roman" w:hAnsi="Times New Roman" w:eastAsia="WenQuanYi Micro Hei" w:cs="Times New Roman"/>
          <w:b w:val="0"/>
          <w:color w:val="404040"/>
          <w:sz w:val="21"/>
          <w:szCs w:val="21"/>
        </w:rPr>
        <w:t>当你听到“中国传统”这几个字时，你会想到什么？</w:t>
      </w:r>
    </w:p>
    <w:p w14:paraId="7ED90E48">
      <w:pPr>
        <w:spacing w:before="0" w:after="0" w:line="240" w:lineRule="auto"/>
      </w:pPr>
      <w:r>
        <w:rPr>
          <w:rFonts w:ascii="Times New Roman" w:hAnsi="Times New Roman" w:eastAsia="WenQuanYi Micro Hei" w:cs="Times New Roman"/>
          <w:b w:val="0"/>
          <w:sz w:val="24"/>
          <w:szCs w:val="24"/>
        </w:rPr>
        <w:t>Red lanterns? Dumplings? The Spring Festival? Or maybe the dragon dance in the street?</w:t>
      </w:r>
    </w:p>
    <w:p w14:paraId="3C3B445D">
      <w:pPr>
        <w:spacing w:before="0" w:after="80" w:line="240" w:lineRule="auto"/>
      </w:pPr>
      <w:r>
        <w:rPr>
          <w:rFonts w:hint="eastAsia" w:ascii="Times New Roman" w:hAnsi="Times New Roman" w:eastAsia="WenQuanYi Micro Hei" w:cs="Times New Roman"/>
          <w:b w:val="0"/>
          <w:color w:val="404040"/>
          <w:sz w:val="21"/>
          <w:szCs w:val="21"/>
        </w:rPr>
        <w:t>红灯笼？饺子？春节？还是街上的舞龙？</w:t>
      </w:r>
    </w:p>
    <w:p w14:paraId="1C95EAB1">
      <w:pPr>
        <w:spacing w:before="0" w:after="0" w:line="240" w:lineRule="auto"/>
      </w:pPr>
      <w:r>
        <w:rPr>
          <w:rFonts w:ascii="Times New Roman" w:hAnsi="Times New Roman" w:eastAsia="WenQuanYi Micro Hei" w:cs="Times New Roman"/>
          <w:b w:val="0"/>
          <w:sz w:val="24"/>
          <w:szCs w:val="24"/>
        </w:rPr>
        <w:t>These traditions are not just old habits. They are not just things we do every year because our parents tell us to. There is something deeper.</w:t>
      </w:r>
    </w:p>
    <w:p w14:paraId="0A495D0B">
      <w:pPr>
        <w:spacing w:before="0" w:after="80" w:line="240" w:lineRule="auto"/>
      </w:pPr>
      <w:r>
        <w:rPr>
          <w:rFonts w:hint="eastAsia" w:ascii="Times New Roman" w:hAnsi="Times New Roman" w:eastAsia="WenQuanYi Micro Hei" w:cs="Times New Roman"/>
          <w:b w:val="0"/>
          <w:color w:val="404040"/>
          <w:sz w:val="21"/>
          <w:szCs w:val="21"/>
        </w:rPr>
        <w:t>这些传统不仅仅是旧习惯。它们不仅仅是我们每年因为父母要求才去做的事情。它们有更深层的意义。</w:t>
      </w:r>
    </w:p>
    <w:p w14:paraId="1F1E1AEC">
      <w:pPr>
        <w:spacing w:before="0" w:after="0" w:line="240" w:lineRule="auto"/>
      </w:pPr>
      <w:r>
        <w:rPr>
          <w:rFonts w:ascii="Times New Roman" w:hAnsi="Times New Roman" w:eastAsia="WenQuanYi Micro Hei" w:cs="Times New Roman"/>
          <w:b w:val="0"/>
          <w:sz w:val="24"/>
          <w:szCs w:val="24"/>
        </w:rPr>
        <w:t>I believe we should keep them, and we should be proud of them, because they are important to every Chinese person.</w:t>
      </w:r>
    </w:p>
    <w:p w14:paraId="7DFC6024">
      <w:pPr>
        <w:spacing w:before="0" w:after="80" w:line="240" w:lineRule="auto"/>
      </w:pPr>
      <w:r>
        <w:rPr>
          <w:rFonts w:hint="eastAsia" w:ascii="Times New Roman" w:hAnsi="Times New Roman" w:eastAsia="WenQuanYi Micro Hei" w:cs="Times New Roman"/>
          <w:b w:val="0"/>
          <w:color w:val="404040"/>
          <w:sz w:val="21"/>
          <w:szCs w:val="21"/>
        </w:rPr>
        <w:t>我认为我们应该传承它们，并且为此感到骄傲，因为它们对每个中国人都很重要。</w:t>
      </w:r>
    </w:p>
    <w:p w14:paraId="702C6524">
      <w:pPr>
        <w:spacing w:before="0" w:after="0" w:line="240" w:lineRule="auto"/>
      </w:pPr>
      <w:r>
        <w:rPr>
          <w:rFonts w:ascii="Times New Roman" w:hAnsi="Times New Roman" w:eastAsia="WenQuanYi Micro Hei" w:cs="Times New Roman"/>
          <w:b w:val="0"/>
          <w:sz w:val="24"/>
          <w:szCs w:val="24"/>
        </w:rPr>
        <w:t>Today, I will tell you three reasons why.</w:t>
      </w:r>
    </w:p>
    <w:p w14:paraId="193DA44E">
      <w:pPr>
        <w:spacing w:before="0" w:after="80" w:line="240" w:lineRule="auto"/>
      </w:pPr>
      <w:r>
        <w:rPr>
          <w:rFonts w:hint="eastAsia" w:ascii="Times New Roman" w:hAnsi="Times New Roman" w:eastAsia="WenQuanYi Micro Hei" w:cs="Times New Roman"/>
          <w:b w:val="0"/>
          <w:color w:val="404040"/>
          <w:sz w:val="21"/>
          <w:szCs w:val="21"/>
        </w:rPr>
        <w:t>今天，我将告诉你三个原因。</w:t>
      </w:r>
    </w:p>
    <w:p w14:paraId="5A645EEC">
      <w:pPr>
        <w:spacing w:before="0" w:after="0" w:line="240" w:lineRule="auto"/>
      </w:pPr>
      <w:r>
        <w:rPr>
          <w:rFonts w:ascii="Times New Roman" w:hAnsi="Times New Roman" w:eastAsia="WenQuanYi Micro Hei" w:cs="Times New Roman"/>
          <w:b w:val="0"/>
          <w:sz w:val="24"/>
          <w:szCs w:val="24"/>
        </w:rPr>
        <w:t>First, traditions help us remember who we are and where we come from.</w:t>
      </w:r>
    </w:p>
    <w:p w14:paraId="6CB20F7C">
      <w:pPr>
        <w:spacing w:before="0" w:after="80" w:line="240" w:lineRule="auto"/>
      </w:pPr>
      <w:r>
        <w:rPr>
          <w:rFonts w:hint="eastAsia" w:ascii="Times New Roman" w:hAnsi="Times New Roman" w:eastAsia="WenQuanYi Micro Hei" w:cs="Times New Roman"/>
          <w:b w:val="0"/>
          <w:color w:val="404040"/>
          <w:sz w:val="21"/>
          <w:szCs w:val="21"/>
        </w:rPr>
        <w:t>首先，传统帮助我们记住自己是谁，以及我们从哪里来。</w:t>
      </w:r>
    </w:p>
    <w:p w14:paraId="374A93B6">
      <w:pPr>
        <w:spacing w:before="0" w:after="0" w:line="240" w:lineRule="auto"/>
      </w:pPr>
      <w:r>
        <w:rPr>
          <w:rFonts w:ascii="Times New Roman" w:hAnsi="Times New Roman" w:eastAsia="WenQuanYi Micro Hei" w:cs="Times New Roman"/>
          <w:b w:val="0"/>
          <w:sz w:val="24"/>
          <w:szCs w:val="24"/>
        </w:rPr>
        <w:t>Every year, millions of people travel back home for the Spring Festival. They take trains, buses, and planes. Some travel for two days or even three days just to have dinner with their family.</w:t>
      </w:r>
    </w:p>
    <w:p w14:paraId="29721FC4">
      <w:pPr>
        <w:spacing w:before="0" w:after="80" w:line="240" w:lineRule="auto"/>
      </w:pPr>
      <w:r>
        <w:rPr>
          <w:rFonts w:hint="eastAsia" w:ascii="Times New Roman" w:hAnsi="Times New Roman" w:eastAsia="WenQuanYi Micro Hei" w:cs="Times New Roman"/>
          <w:b w:val="0"/>
          <w:color w:val="404040"/>
          <w:sz w:val="21"/>
          <w:szCs w:val="21"/>
        </w:rPr>
        <w:t>每年，数百万人为了过春节而踏上回家的路。他们坐火车、大巴和飞机。有些人要花两天甚至三天时间，只是为了和家人吃一顿饭。</w:t>
      </w:r>
    </w:p>
    <w:p w14:paraId="00F3A8E2">
      <w:pPr>
        <w:spacing w:before="0" w:after="0" w:line="240" w:lineRule="auto"/>
      </w:pPr>
      <w:r>
        <w:rPr>
          <w:rFonts w:ascii="Times New Roman" w:hAnsi="Times New Roman" w:eastAsia="WenQuanYi Micro Hei" w:cs="Times New Roman"/>
          <w:b w:val="0"/>
          <w:sz w:val="24"/>
          <w:szCs w:val="24"/>
        </w:rPr>
        <w:t>Why do they do this? Because “home” and “family” are big parts of Chinese culture. For thousands of years, Chinese people have believed that family is the most important thing in life.</w:t>
      </w:r>
    </w:p>
    <w:p w14:paraId="7BF8C048">
      <w:pPr>
        <w:spacing w:before="0" w:after="80" w:line="240" w:lineRule="auto"/>
      </w:pPr>
      <w:r>
        <w:rPr>
          <w:rFonts w:hint="eastAsia" w:ascii="Times New Roman" w:hAnsi="Times New Roman" w:eastAsia="WenQuanYi Micro Hei" w:cs="Times New Roman"/>
          <w:b w:val="0"/>
          <w:color w:val="404040"/>
          <w:sz w:val="21"/>
          <w:szCs w:val="21"/>
        </w:rPr>
        <w:t>他们为什么这样做？因为“家”和“家人”是中国文化的重要组成部分。几千年来，中国人一直相信，家人是生命中最重要的事情。</w:t>
      </w:r>
    </w:p>
    <w:p w14:paraId="07AB0DAB">
      <w:pPr>
        <w:spacing w:before="0" w:after="0" w:line="240" w:lineRule="auto"/>
      </w:pPr>
      <w:r>
        <w:rPr>
          <w:rFonts w:ascii="Times New Roman" w:hAnsi="Times New Roman" w:eastAsia="WenQuanYi Micro Hei" w:cs="Times New Roman"/>
          <w:b w:val="0"/>
          <w:sz w:val="24"/>
          <w:szCs w:val="24"/>
        </w:rPr>
        <w:t>If we forget our traditions, we may forget this feeling. We may forget to go home. We may forget to say “thank you” to our parents. Traditions are like a map. They show us the way back home.</w:t>
      </w:r>
    </w:p>
    <w:p w14:paraId="09395443">
      <w:pPr>
        <w:spacing w:before="0" w:after="80" w:line="240" w:lineRule="auto"/>
      </w:pPr>
      <w:r>
        <w:rPr>
          <w:rFonts w:hint="eastAsia" w:ascii="Times New Roman" w:hAnsi="Times New Roman" w:eastAsia="WenQuanYi Micro Hei" w:cs="Times New Roman"/>
          <w:b w:val="0"/>
          <w:color w:val="404040"/>
          <w:sz w:val="21"/>
          <w:szCs w:val="21"/>
        </w:rPr>
        <w:t>如果我们忘记了传统，我们可能会忘记这种感觉。我们可能会忘记回家。我们可能会忘记对父母说“谢谢”。传统就像一张地图。它告诉我们回家的路。</w:t>
      </w:r>
    </w:p>
    <w:p w14:paraId="24F95829">
      <w:pPr>
        <w:spacing w:before="0" w:after="0" w:line="240" w:lineRule="auto"/>
      </w:pPr>
      <w:r>
        <w:rPr>
          <w:rFonts w:ascii="Times New Roman" w:hAnsi="Times New Roman" w:eastAsia="WenQuanYi Micro Hei" w:cs="Times New Roman"/>
          <w:b w:val="0"/>
          <w:sz w:val="24"/>
          <w:szCs w:val="24"/>
        </w:rPr>
        <w:t>Second, traditions bring families and friends together.</w:t>
      </w:r>
    </w:p>
    <w:p w14:paraId="097F1051">
      <w:pPr>
        <w:spacing w:before="0" w:after="80" w:line="240" w:lineRule="auto"/>
      </w:pPr>
      <w:r>
        <w:rPr>
          <w:rFonts w:hint="eastAsia" w:ascii="Times New Roman" w:hAnsi="Times New Roman" w:eastAsia="WenQuanYi Micro Hei" w:cs="Times New Roman"/>
          <w:b w:val="0"/>
          <w:color w:val="404040"/>
          <w:sz w:val="21"/>
          <w:szCs w:val="21"/>
        </w:rPr>
        <w:t>其次，传统让家人和朋友更亲近。</w:t>
      </w:r>
    </w:p>
    <w:p w14:paraId="2F009C42">
      <w:pPr>
        <w:spacing w:before="0" w:after="0" w:line="240" w:lineRule="auto"/>
      </w:pPr>
      <w:r>
        <w:rPr>
          <w:rFonts w:ascii="Times New Roman" w:hAnsi="Times New Roman" w:eastAsia="WenQuanYi Micro Hei" w:cs="Times New Roman"/>
          <w:b w:val="0"/>
          <w:sz w:val="24"/>
          <w:szCs w:val="24"/>
        </w:rPr>
        <w:t>On New Year’s Eve, we have a big dinner. This is the most important meal of the year. We eat dumplings and fish. We talk about the past year — the good things and the bad things.</w:t>
      </w:r>
    </w:p>
    <w:p w14:paraId="076E48E6">
      <w:pPr>
        <w:spacing w:before="0" w:after="80" w:line="240" w:lineRule="auto"/>
      </w:pPr>
      <w:r>
        <w:rPr>
          <w:rFonts w:hint="eastAsia" w:ascii="Times New Roman" w:hAnsi="Times New Roman" w:eastAsia="WenQuanYi Micro Hei" w:cs="Times New Roman"/>
          <w:b w:val="0"/>
          <w:color w:val="404040"/>
          <w:sz w:val="21"/>
          <w:szCs w:val="21"/>
        </w:rPr>
        <w:t>除夕夜，我们吃一顿丰盛的晚餐。这是一年中最重要的一顿饭。我们吃饺子和鱼。我们聊过去的一年——好的事情和不好的事情。</w:t>
      </w:r>
    </w:p>
    <w:p w14:paraId="7B076742">
      <w:pPr>
        <w:spacing w:before="0" w:after="0" w:line="240" w:lineRule="auto"/>
      </w:pPr>
      <w:r>
        <w:rPr>
          <w:rFonts w:ascii="Times New Roman" w:hAnsi="Times New Roman" w:eastAsia="WenQuanYi Micro Hei" w:cs="Times New Roman"/>
          <w:b w:val="0"/>
          <w:sz w:val="24"/>
          <w:szCs w:val="24"/>
        </w:rPr>
        <w:t>We don’t use our phones. We don’t watch short videos. We just sit together, eat together, and laugh together.</w:t>
      </w:r>
    </w:p>
    <w:p w14:paraId="25839D8B">
      <w:pPr>
        <w:spacing w:before="0" w:after="80" w:line="240" w:lineRule="auto"/>
      </w:pPr>
      <w:r>
        <w:rPr>
          <w:rFonts w:hint="eastAsia" w:ascii="Times New Roman" w:hAnsi="Times New Roman" w:eastAsia="WenQuanYi Micro Hei" w:cs="Times New Roman"/>
          <w:b w:val="0"/>
          <w:color w:val="404040"/>
          <w:sz w:val="21"/>
          <w:szCs w:val="21"/>
        </w:rPr>
        <w:t>我们不用手机。我们不刷短视频。我们只是坐在一起，吃在一起，笑在一起。</w:t>
      </w:r>
    </w:p>
    <w:p w14:paraId="4681ADA6">
      <w:pPr>
        <w:spacing w:before="0" w:after="0" w:line="240" w:lineRule="auto"/>
      </w:pPr>
      <w:r>
        <w:rPr>
          <w:rFonts w:ascii="Times New Roman" w:hAnsi="Times New Roman" w:eastAsia="WenQuanYi Micro Hei" w:cs="Times New Roman"/>
          <w:b w:val="0"/>
          <w:sz w:val="24"/>
          <w:szCs w:val="24"/>
        </w:rPr>
        <w:t>In today’s world, many young people are busy. Many parents work far away. But on this one night, everyone comes together. Traditions give us a reason to stop, to sit down, and to love each other.</w:t>
      </w:r>
    </w:p>
    <w:p w14:paraId="0B5B5E07">
      <w:pPr>
        <w:spacing w:before="0" w:after="80" w:line="240" w:lineRule="auto"/>
      </w:pPr>
      <w:r>
        <w:rPr>
          <w:rFonts w:hint="eastAsia" w:ascii="Times New Roman" w:hAnsi="Times New Roman" w:eastAsia="WenQuanYi Micro Hei" w:cs="Times New Roman"/>
          <w:b w:val="0"/>
          <w:color w:val="404040"/>
          <w:sz w:val="21"/>
          <w:szCs w:val="21"/>
        </w:rPr>
        <w:t>在当今世界，很多年轻人很忙。很多父母在远方工作。但在这个夜晚，每个人都聚在一起。传统给了我们一个理由——停下来、坐下来、彼此相爱。</w:t>
      </w:r>
    </w:p>
    <w:p w14:paraId="155AE27A">
      <w:pPr>
        <w:spacing w:before="0" w:after="0" w:line="240" w:lineRule="auto"/>
      </w:pPr>
      <w:r>
        <w:rPr>
          <w:rFonts w:ascii="Times New Roman" w:hAnsi="Times New Roman" w:eastAsia="WenQuanYi Micro Hei" w:cs="Times New Roman"/>
          <w:b w:val="0"/>
          <w:sz w:val="24"/>
          <w:szCs w:val="24"/>
        </w:rPr>
        <w:t>Also, when we make dumplings together, the old teach the young how to do it. Stories are told. Jokes are shared. This is how we pass things down from one generation to the next.</w:t>
      </w:r>
    </w:p>
    <w:p w14:paraId="2ADA3F97">
      <w:pPr>
        <w:spacing w:before="0" w:after="80" w:line="240" w:lineRule="auto"/>
      </w:pPr>
      <w:r>
        <w:rPr>
          <w:rFonts w:hint="eastAsia" w:ascii="Times New Roman" w:hAnsi="Times New Roman" w:eastAsia="WenQuanYi Micro Hei" w:cs="Times New Roman"/>
          <w:b w:val="0"/>
          <w:color w:val="404040"/>
          <w:sz w:val="21"/>
          <w:szCs w:val="21"/>
        </w:rPr>
        <w:t>而且，当我们一起包饺子时，年长的教年轻的怎么做。故事被讲述。笑话被分享。这就是我们如何把东西从一代传给下一代。</w:t>
      </w:r>
    </w:p>
    <w:p w14:paraId="63A5FDA8">
      <w:pPr>
        <w:spacing w:before="0" w:after="0" w:line="240" w:lineRule="auto"/>
      </w:pPr>
      <w:r>
        <w:rPr>
          <w:rFonts w:ascii="Times New Roman" w:hAnsi="Times New Roman" w:eastAsia="WenQuanYi Micro Hei" w:cs="Times New Roman"/>
          <w:b w:val="0"/>
          <w:sz w:val="24"/>
          <w:szCs w:val="24"/>
        </w:rPr>
        <w:t>Third, traditions teach us good values.</w:t>
      </w:r>
    </w:p>
    <w:p w14:paraId="4ED67B41">
      <w:pPr>
        <w:spacing w:before="0" w:after="80" w:line="240" w:lineRule="auto"/>
      </w:pPr>
      <w:r>
        <w:rPr>
          <w:rFonts w:hint="eastAsia" w:ascii="Times New Roman" w:hAnsi="Times New Roman" w:eastAsia="WenQuanYi Micro Hei" w:cs="Times New Roman"/>
          <w:b w:val="0"/>
          <w:color w:val="404040"/>
          <w:sz w:val="21"/>
          <w:szCs w:val="21"/>
        </w:rPr>
        <w:t>第三，传统教会我们好的价值观。</w:t>
      </w:r>
    </w:p>
    <w:p w14:paraId="449521AA">
      <w:pPr>
        <w:spacing w:before="0" w:after="0" w:line="240" w:lineRule="auto"/>
      </w:pPr>
      <w:r>
        <w:rPr>
          <w:rFonts w:ascii="Times New Roman" w:hAnsi="Times New Roman" w:eastAsia="WenQuanYi Micro Hei" w:cs="Times New Roman"/>
          <w:b w:val="0"/>
          <w:sz w:val="24"/>
          <w:szCs w:val="24"/>
        </w:rPr>
        <w:t>For example, we eat fish on New Year’s Eve. In Chinese, “fish” sounds like “yu”, which means having enough. It teaches us to be thankful for what we have. We should not always want more and more. We should learn to be happy with enough.</w:t>
      </w:r>
    </w:p>
    <w:p w14:paraId="71CA0D67">
      <w:pPr>
        <w:spacing w:before="0" w:after="80" w:line="240" w:lineRule="auto"/>
      </w:pPr>
      <w:r>
        <w:rPr>
          <w:rFonts w:hint="eastAsia" w:ascii="Times New Roman" w:hAnsi="Times New Roman" w:eastAsia="WenQuanYi Micro Hei" w:cs="Times New Roman"/>
          <w:b w:val="0"/>
          <w:color w:val="404040"/>
          <w:sz w:val="21"/>
          <w:szCs w:val="21"/>
        </w:rPr>
        <w:t>例如，我们在除夕夜吃鱼。在中文里，“鱼”听起来像“余”，意思是拥有足够的东西。它教会我们对所拥有的心存感恩。我们不应该总是想要更多。我们应该学会知足常乐。</w:t>
      </w:r>
    </w:p>
    <w:p w14:paraId="4511AB0B">
      <w:pPr>
        <w:spacing w:before="0" w:after="0" w:line="240" w:lineRule="auto"/>
      </w:pPr>
      <w:r>
        <w:rPr>
          <w:rFonts w:ascii="Times New Roman" w:hAnsi="Times New Roman" w:eastAsia="WenQuanYi Micro Hei" w:cs="Times New Roman"/>
          <w:b w:val="0"/>
          <w:sz w:val="24"/>
          <w:szCs w:val="24"/>
        </w:rPr>
        <w:t>Another example is the story of Ma Liang and his magic brush. He used his brush to help poor people and to fight bad people. This story teaches us to be kind, to be brave, and to use our power to help others, not to hurt them.</w:t>
      </w:r>
    </w:p>
    <w:p w14:paraId="2D566E23">
      <w:pPr>
        <w:spacing w:before="0" w:after="80" w:line="240" w:lineRule="auto"/>
      </w:pPr>
      <w:r>
        <w:rPr>
          <w:rFonts w:hint="eastAsia" w:ascii="Times New Roman" w:hAnsi="Times New Roman" w:eastAsia="WenQuanYi Micro Hei" w:cs="Times New Roman"/>
          <w:b w:val="0"/>
          <w:color w:val="404040"/>
          <w:sz w:val="21"/>
          <w:szCs w:val="21"/>
        </w:rPr>
        <w:t>另一个例子是马良和他神笔的故事。他用笔画帮助穷人，对抗坏人。这个故事教会我们要善良、要勇敢，用我们的力量去帮助别人，而不是伤害别人。</w:t>
      </w:r>
    </w:p>
    <w:p w14:paraId="41248AB4">
      <w:pPr>
        <w:spacing w:before="0" w:after="0" w:line="240" w:lineRule="auto"/>
      </w:pPr>
      <w:r>
        <w:rPr>
          <w:rFonts w:ascii="Times New Roman" w:hAnsi="Times New Roman" w:eastAsia="WenQuanYi Micro Hei" w:cs="Times New Roman"/>
          <w:b w:val="0"/>
          <w:sz w:val="24"/>
          <w:szCs w:val="24"/>
        </w:rPr>
        <w:t>Also, when we visit older people during the festival and say “Happy New Year” to them, we learn to respect the old. This is a very important part of Chinese culture. In many other countries, old people are sent to homes. But in China, we keep them with the family. This is something we should be proud of.</w:t>
      </w:r>
    </w:p>
    <w:p w14:paraId="52DD86BB">
      <w:pPr>
        <w:spacing w:before="0" w:after="80" w:line="240" w:lineRule="auto"/>
      </w:pPr>
      <w:r>
        <w:rPr>
          <w:rFonts w:hint="eastAsia" w:ascii="Times New Roman" w:hAnsi="Times New Roman" w:eastAsia="WenQuanYi Micro Hei" w:cs="Times New Roman"/>
          <w:b w:val="0"/>
          <w:color w:val="404040"/>
          <w:sz w:val="21"/>
          <w:szCs w:val="21"/>
        </w:rPr>
        <w:t>而且，当我们在节日期间拜访老人并向他们拜年时，我们学会了尊敬长辈。这是中国文化中非常重要的一部分。在许多其他国家，老人被送到养老院。但在中国，我们让他们和家人在一起。这是我们应该感到骄傲的事情。</w:t>
      </w:r>
    </w:p>
    <w:p w14:paraId="1ECA4A5E">
      <w:pPr>
        <w:spacing w:before="0" w:after="0" w:line="240" w:lineRule="auto"/>
      </w:pPr>
      <w:r>
        <w:rPr>
          <w:rFonts w:ascii="Times New Roman" w:hAnsi="Times New Roman" w:eastAsia="WenQuanYi Micro Hei" w:cs="Times New Roman"/>
          <w:b w:val="0"/>
          <w:sz w:val="24"/>
          <w:szCs w:val="24"/>
        </w:rPr>
        <w:t>Some people may say, “Traditions are too old. They are not useful in modern life. Young people today like new things — new phones, new games, new ways of living.”</w:t>
      </w:r>
    </w:p>
    <w:p w14:paraId="3ADA4DFB">
      <w:pPr>
        <w:spacing w:before="0" w:after="80" w:line="240" w:lineRule="auto"/>
      </w:pPr>
      <w:r>
        <w:rPr>
          <w:rFonts w:hint="eastAsia" w:ascii="Times New Roman" w:hAnsi="Times New Roman" w:eastAsia="WenQuanYi Micro Hei" w:cs="Times New Roman"/>
          <w:b w:val="0"/>
          <w:color w:val="404040"/>
          <w:sz w:val="21"/>
          <w:szCs w:val="21"/>
        </w:rPr>
        <w:t>有人可能会说：“传统太老了。它们在现代生活中没有用。现在的年轻人喜欢新东西——新手机、新游戏、新的生活方式。”</w:t>
      </w:r>
    </w:p>
    <w:p w14:paraId="7003E6D2">
      <w:pPr>
        <w:spacing w:before="0" w:after="0" w:line="240" w:lineRule="auto"/>
      </w:pPr>
      <w:r>
        <w:rPr>
          <w:rFonts w:ascii="Times New Roman" w:hAnsi="Times New Roman" w:eastAsia="WenQuanYi Micro Hei" w:cs="Times New Roman"/>
          <w:b w:val="0"/>
          <w:sz w:val="24"/>
          <w:szCs w:val="24"/>
        </w:rPr>
        <w:t>I don’t agree.</w:t>
      </w:r>
    </w:p>
    <w:p w14:paraId="274A5449">
      <w:pPr>
        <w:spacing w:before="0" w:after="80" w:line="240" w:lineRule="auto"/>
      </w:pPr>
      <w:r>
        <w:rPr>
          <w:rFonts w:hint="eastAsia" w:ascii="Times New Roman" w:hAnsi="Times New Roman" w:eastAsia="WenQuanYi Micro Hei" w:cs="Times New Roman"/>
          <w:b w:val="0"/>
          <w:color w:val="404040"/>
          <w:sz w:val="21"/>
          <w:szCs w:val="21"/>
        </w:rPr>
        <w:t>我不同意。</w:t>
      </w:r>
    </w:p>
    <w:p w14:paraId="5C480B7E">
      <w:pPr>
        <w:spacing w:before="0" w:after="0" w:line="240" w:lineRule="auto"/>
      </w:pPr>
      <w:r>
        <w:rPr>
          <w:rFonts w:ascii="Times New Roman" w:hAnsi="Times New Roman" w:eastAsia="WenQuanYi Micro Hei" w:cs="Times New Roman"/>
          <w:b w:val="0"/>
          <w:sz w:val="24"/>
          <w:szCs w:val="24"/>
        </w:rPr>
        <w:t>We can keep the old things and add new ideas at the same time. This is not difficult.</w:t>
      </w:r>
    </w:p>
    <w:p w14:paraId="6FBEDDE2">
      <w:pPr>
        <w:spacing w:before="0" w:after="80" w:line="240" w:lineRule="auto"/>
      </w:pPr>
      <w:r>
        <w:rPr>
          <w:rFonts w:hint="eastAsia" w:ascii="Times New Roman" w:hAnsi="Times New Roman" w:eastAsia="WenQuanYi Micro Hei" w:cs="Times New Roman"/>
          <w:b w:val="0"/>
          <w:color w:val="404040"/>
          <w:sz w:val="21"/>
          <w:szCs w:val="21"/>
        </w:rPr>
        <w:t>我们可以同时保留旧的东西并加入新的想法。这并不难。</w:t>
      </w:r>
    </w:p>
    <w:p w14:paraId="3BF31BC4">
      <w:pPr>
        <w:spacing w:before="0" w:after="0" w:line="240" w:lineRule="auto"/>
      </w:pPr>
      <w:r>
        <w:rPr>
          <w:rFonts w:ascii="Times New Roman" w:hAnsi="Times New Roman" w:eastAsia="WenQuanYi Micro Hei" w:cs="Times New Roman"/>
          <w:b w:val="0"/>
          <w:sz w:val="24"/>
          <w:szCs w:val="24"/>
        </w:rPr>
        <w:t>For example, now young people like to post Spring Festival photos on social media. They share red packet photos online. Some people even use computers to design new couplets. The old tradition is still there, but in a new way.</w:t>
      </w:r>
    </w:p>
    <w:p w14:paraId="104A9FE6">
      <w:pPr>
        <w:spacing w:before="0" w:after="80" w:line="240" w:lineRule="auto"/>
      </w:pPr>
      <w:r>
        <w:rPr>
          <w:rFonts w:hint="eastAsia" w:ascii="Times New Roman" w:hAnsi="Times New Roman" w:eastAsia="WenQuanYi Micro Hei" w:cs="Times New Roman"/>
          <w:b w:val="0"/>
          <w:color w:val="404040"/>
          <w:sz w:val="21"/>
          <w:szCs w:val="21"/>
        </w:rPr>
        <w:t>例如，现在年轻人喜欢在社交媒体上发春节照片。他们在网上分享红包照片。有些人甚至用电脑设计新的对联。旧的传统还在，只是换了一种新方式。</w:t>
      </w:r>
    </w:p>
    <w:p w14:paraId="1D817F9C">
      <w:pPr>
        <w:spacing w:before="0" w:after="0" w:line="240" w:lineRule="auto"/>
      </w:pPr>
      <w:r>
        <w:rPr>
          <w:rFonts w:ascii="Times New Roman" w:hAnsi="Times New Roman" w:eastAsia="WenQuanYi Micro Hei" w:cs="Times New Roman"/>
          <w:b w:val="0"/>
          <w:sz w:val="24"/>
          <w:szCs w:val="24"/>
        </w:rPr>
        <w:t>Traditions can change, but they never die. Just like a tree — the leaves may fall, but the roots stay strong under the ground.</w:t>
      </w:r>
    </w:p>
    <w:p w14:paraId="5A3DBDE1">
      <w:pPr>
        <w:spacing w:before="0" w:after="80" w:line="240" w:lineRule="auto"/>
      </w:pPr>
      <w:r>
        <w:rPr>
          <w:rFonts w:hint="eastAsia" w:ascii="Times New Roman" w:hAnsi="Times New Roman" w:eastAsia="WenQuanYi Micro Hei" w:cs="Times New Roman"/>
          <w:b w:val="0"/>
          <w:color w:val="404040"/>
          <w:sz w:val="21"/>
          <w:szCs w:val="21"/>
        </w:rPr>
        <w:t>传统可以改变，但绝不会消失。就像一棵树——叶子可能会落下，但根在地下依然强壮。</w:t>
      </w:r>
    </w:p>
    <w:p w14:paraId="424F8482">
      <w:pPr>
        <w:spacing w:before="0" w:after="0" w:line="240" w:lineRule="auto"/>
      </w:pPr>
      <w:r>
        <w:rPr>
          <w:rFonts w:ascii="Times New Roman" w:hAnsi="Times New Roman" w:eastAsia="WenQuanYi Micro Hei" w:cs="Times New Roman"/>
          <w:b w:val="0"/>
          <w:sz w:val="24"/>
          <w:szCs w:val="24"/>
        </w:rPr>
        <w:t>In short, traditions are like a bridge. They connect the past and the future. They connect the old and the young. They connect China and the world.</w:t>
      </w:r>
    </w:p>
    <w:p w14:paraId="0A63D04F">
      <w:pPr>
        <w:spacing w:before="0" w:after="80" w:line="240" w:lineRule="auto"/>
      </w:pPr>
      <w:r>
        <w:rPr>
          <w:rFonts w:hint="eastAsia" w:ascii="Times New Roman" w:hAnsi="Times New Roman" w:eastAsia="WenQuanYi Micro Hei" w:cs="Times New Roman"/>
          <w:b w:val="0"/>
          <w:color w:val="404040"/>
          <w:sz w:val="21"/>
          <w:szCs w:val="21"/>
        </w:rPr>
        <w:t>总之，传统就像一座桥。它连接过去和未来。它连接老人和年轻人。它连接中国与世界。</w:t>
      </w:r>
    </w:p>
    <w:p w14:paraId="234B9D46">
      <w:pPr>
        <w:spacing w:before="0" w:after="0" w:line="240" w:lineRule="auto"/>
      </w:pPr>
      <w:r>
        <w:rPr>
          <w:rFonts w:ascii="Times New Roman" w:hAnsi="Times New Roman" w:eastAsia="WenQuanYi Micro Hei" w:cs="Times New Roman"/>
          <w:b w:val="0"/>
          <w:sz w:val="24"/>
          <w:szCs w:val="24"/>
        </w:rPr>
        <w:t>They tell us who we are. They bring us together. They teach us how to be good people.</w:t>
      </w:r>
    </w:p>
    <w:p w14:paraId="203CF4B6">
      <w:pPr>
        <w:spacing w:before="0" w:after="80" w:line="240" w:lineRule="auto"/>
      </w:pPr>
      <w:r>
        <w:rPr>
          <w:rFonts w:hint="eastAsia" w:ascii="Times New Roman" w:hAnsi="Times New Roman" w:eastAsia="WenQuanYi Micro Hei" w:cs="Times New Roman"/>
          <w:b w:val="0"/>
          <w:color w:val="404040"/>
          <w:sz w:val="21"/>
          <w:szCs w:val="21"/>
        </w:rPr>
        <w:t>它们告诉我们自己是谁。它们让我们团聚。它们教会我们如何做一个好人。</w:t>
      </w:r>
    </w:p>
    <w:p w14:paraId="6148D33B">
      <w:pPr>
        <w:spacing w:before="0" w:after="0" w:line="240" w:lineRule="auto"/>
      </w:pPr>
      <w:r>
        <w:rPr>
          <w:rFonts w:ascii="Times New Roman" w:hAnsi="Times New Roman" w:eastAsia="WenQuanYi Micro Hei" w:cs="Times New Roman"/>
          <w:b w:val="0"/>
          <w:sz w:val="24"/>
          <w:szCs w:val="24"/>
        </w:rPr>
        <w:t>So, my dear friends, let’s keep our traditions. Let’s learn them, love them, and share them with the world.</w:t>
      </w:r>
    </w:p>
    <w:p w14:paraId="5458EDAF">
      <w:pPr>
        <w:spacing w:before="0" w:after="80" w:line="240" w:lineRule="auto"/>
      </w:pPr>
      <w:r>
        <w:rPr>
          <w:rFonts w:hint="eastAsia" w:ascii="Times New Roman" w:hAnsi="Times New Roman" w:eastAsia="WenQuanYi Micro Hei" w:cs="Times New Roman"/>
          <w:b w:val="0"/>
          <w:color w:val="404040"/>
          <w:sz w:val="21"/>
          <w:szCs w:val="21"/>
        </w:rPr>
        <w:t>所以，我亲爱的朋友们，让我们传承传统。让我们学习它们、热爱它们，并与世界分享它们。</w:t>
      </w:r>
    </w:p>
    <w:p w14:paraId="3848A7FF">
      <w:pPr>
        <w:spacing w:before="0" w:after="0" w:line="240" w:lineRule="auto"/>
      </w:pPr>
      <w:r>
        <w:rPr>
          <w:rFonts w:ascii="Times New Roman" w:hAnsi="Times New Roman" w:eastAsia="WenQuanYi Micro Hei" w:cs="Times New Roman"/>
          <w:b w:val="0"/>
          <w:sz w:val="24"/>
          <w:szCs w:val="24"/>
        </w:rPr>
        <w:t>When people from other countries ask you, “What is China like?” — you can tell them a story. A story about dumplings, about red lanterns, about family, and about love.</w:t>
      </w:r>
    </w:p>
    <w:p w14:paraId="79F43334">
      <w:pPr>
        <w:spacing w:before="0" w:after="80" w:line="240" w:lineRule="auto"/>
      </w:pPr>
      <w:r>
        <w:rPr>
          <w:rFonts w:hint="eastAsia" w:ascii="Times New Roman" w:hAnsi="Times New Roman" w:eastAsia="WenQuanYi Micro Hei" w:cs="Times New Roman"/>
          <w:b w:val="0"/>
          <w:color w:val="404040"/>
          <w:sz w:val="21"/>
          <w:szCs w:val="21"/>
        </w:rPr>
        <w:t>当其他国家的人问你“中国是什么样的？”——你可以给他们讲一个故事。一个关于饺子、红灯笼、家人和爱的故事。</w:t>
      </w:r>
    </w:p>
    <w:p w14:paraId="1FC86F1B">
      <w:pPr>
        <w:spacing w:before="0" w:after="0" w:line="240" w:lineRule="auto"/>
      </w:pPr>
      <w:r>
        <w:rPr>
          <w:rFonts w:ascii="Times New Roman" w:hAnsi="Times New Roman" w:eastAsia="WenQuanYi Micro Hei" w:cs="Times New Roman"/>
          <w:b w:val="0"/>
          <w:sz w:val="24"/>
          <w:szCs w:val="24"/>
        </w:rPr>
        <w:t>This is our China. This is our story. And this is why we should keep it.</w:t>
      </w:r>
    </w:p>
    <w:p w14:paraId="125A5E49">
      <w:pPr>
        <w:spacing w:before="0" w:after="80" w:line="240" w:lineRule="auto"/>
      </w:pPr>
      <w:r>
        <w:rPr>
          <w:rFonts w:hint="eastAsia" w:ascii="Times New Roman" w:hAnsi="Times New Roman" w:eastAsia="WenQuanYi Micro Hei" w:cs="Times New Roman"/>
          <w:b w:val="0"/>
          <w:color w:val="404040"/>
          <w:sz w:val="21"/>
          <w:szCs w:val="21"/>
        </w:rPr>
        <w:t>这是我们的中国。这是我们的故事。这就是我们要传承它的原因。</w:t>
      </w:r>
    </w:p>
    <w:p w14:paraId="1D01B2F1">
      <w:pPr>
        <w:spacing w:before="0" w:after="0" w:line="240" w:lineRule="auto"/>
      </w:pPr>
      <w:r>
        <w:rPr>
          <w:rFonts w:ascii="Times New Roman" w:hAnsi="Times New Roman" w:eastAsia="WenQuanYi Micro Hei" w:cs="Times New Roman"/>
          <w:b w:val="0"/>
          <w:sz w:val="24"/>
          <w:szCs w:val="24"/>
        </w:rPr>
        <w:t>Thank you for listening!</w:t>
      </w:r>
    </w:p>
    <w:p w14:paraId="2DF14B85">
      <w:pPr>
        <w:spacing w:before="0" w:after="80" w:line="240" w:lineRule="auto"/>
      </w:pPr>
      <w:r>
        <w:rPr>
          <w:rFonts w:hint="eastAsia" w:ascii="Times New Roman" w:hAnsi="Times New Roman" w:eastAsia="WenQuanYi Micro Hei" w:cs="Times New Roman"/>
          <w:b w:val="0"/>
          <w:color w:val="404040"/>
          <w:sz w:val="21"/>
          <w:szCs w:val="21"/>
        </w:rPr>
        <w:t>谢谢你们的聆听！</w:t>
      </w:r>
    </w:p>
    <w:p w14:paraId="7A2C22E1">
      <w:pPr>
        <w:spacing w:before="0" w:after="0" w:line="240" w:lineRule="auto"/>
      </w:pPr>
      <w:r>
        <w:rPr>
          <w:rFonts w:ascii="Times New Roman" w:hAnsi="Times New Roman" w:eastAsia="WenQuanYi Micro Hei" w:cs="Times New Roman"/>
          <w:b w:val="0"/>
          <w:sz w:val="24"/>
          <w:szCs w:val="24"/>
        </w:rPr>
        <w:t>Happy Chinese New Year!</w:t>
      </w:r>
    </w:p>
    <w:p w14:paraId="275D0556">
      <w:pPr>
        <w:spacing w:before="0" w:after="80" w:line="240" w:lineRule="auto"/>
      </w:pPr>
      <w:r>
        <w:rPr>
          <w:rFonts w:hint="eastAsia" w:ascii="Times New Roman" w:hAnsi="Times New Roman" w:eastAsia="WenQuanYi Micro Hei" w:cs="Times New Roman"/>
          <w:b w:val="0"/>
          <w:color w:val="404040"/>
          <w:sz w:val="21"/>
          <w:szCs w:val="21"/>
        </w:rPr>
        <w:t>新年快乐！</w:t>
      </w:r>
    </w:p>
    <w:sectPr w:rsidRPr="0006063C" w:rsidR="00FC693F" w:rsidSect="00034616">
      <w:pgSz w:w="12240" w:h="15840"/>
      <w:pgMar w:top="1440" w:right="1440" w:bottom="1440" w:left="1440" w:header="720" w:footer="720" w:gutter="0"/>
      <w:cols w:space="720"/>
      <w:docGrid w:linePitch="360"/>
    </w:sectPr>
  </w:body>
</w:document>
</file>

<file path=word/fontTable.xml><?xml version="1.0" encoding="utf-8"?>
<w:fonts xmlns:w="http://schemas.openxmlformats.org/wordprocessingml/2006/main">
  <w:font w:name="ＭＳ 明朝">
    <w:panose1 w:val="00000000000000000000"/>
    <w:charset w:val="80" w:characterSet="ISO-8859-1"/>
    <w:family w:val="roman"/>
    <w:notTrueType w:val="1"/>
    <w:pitch w:val="fixed"/>
    <w:sig w:usb0="00000001" w:usb1="08070000" w:usb2="00000010" w:usb3="00000000" w:csb0="00020000" w:csb1="00000000"/>
  </w:font>
  <w:font w:name="Times New Roman">
    <w:panose1 w:val="02020603050405020304"/>
    <w:charset w:val="00" w:characterSet="ISO-8859-1"/>
    <w:family w:val="auto"/>
    <w:pitch w:val="variable"/>
    <w:sig w:usb0="E0002AFF" w:usb1="C0007841" w:usb2="00000009" w:usb3="00000000" w:csb0="000001FF" w:csb1="00000000"/>
  </w:font>
  <w:font w:name="Courier">
    <w:panose1 w:val="02000500000000000000"/>
    <w:charset w:val="00" w:characterSet="ISO-8859-1"/>
    <w:family w:val="auto"/>
    <w:pitch w:val="variable"/>
    <w:sig w:usb0="00000003" w:usb1="00000000" w:usb2="00000000" w:usb3="00000000" w:csb0="00000001" w:csb1="00000000"/>
  </w:font>
  <w:font w:name="Symbol">
    <w:panose1 w:val="00000000000000000000"/>
    <w:charset w:val="02" w:characterSet="ISO-8859-1"/>
    <w:family w:val="auto"/>
    <w:pitch w:val="variable"/>
    <w:sig w:usb0="00000000" w:usb1="10000000" w:usb2="00000000" w:usb3="00000000" w:csb0="80000000" w:csb1="00000000"/>
  </w:font>
  <w:font w:name="Cambria">
    <w:panose1 w:val="02040503050406030204"/>
    <w:charset w:val="00" w:characterSet="ISO-8859-1"/>
    <w:family w:val="auto"/>
    <w:pitch w:val="variable"/>
    <w:sig w:usb0="E00002FF" w:usb1="400004FF" w:usb2="00000000" w:usb3="00000000" w:csb0="0000019F" w:csb1="00000000"/>
  </w:font>
  <w:font w:name="Arial">
    <w:panose1 w:val="020B0604020202020204"/>
    <w:charset w:val="00" w:characterSet="ISO-8859-1"/>
    <w:family w:val="auto"/>
    <w:pitch w:val="variable"/>
    <w:sig w:usb0="E0002AFF" w:usb1="C0007843" w:usb2="00000009" w:usb3="00000000" w:csb0="000001FF" w:csb1="00000000"/>
  </w:font>
  <w:font w:name="Calibri">
    <w:panose1 w:val="020F0502020204030204"/>
    <w:charset w:val="00" w:characterSet="ISO-8859-1"/>
    <w:family w:val="auto"/>
    <w:pitch w:val="variable"/>
    <w:sig w:usb0="E10002FF" w:usb1="4000ACFF" w:usb2="00000009" w:usb3="00000000" w:csb0="0000019F" w:csb1="00000000"/>
  </w:font>
  <w:font w:name="ＭＳ ゴシック">
    <w:panose1 w:val="00000000000000000000"/>
    <w:charset w:val="80" w:characterSet="ISO-8859-1"/>
    <w:family w:val="modern"/>
    <w:notTrueType w:val="1"/>
    <w:pitch w:val="fixed"/>
    <w:sig w:usb0="00000001" w:usb1="08070000" w:usb2="00000010" w:usb3="00000000" w:csb0="00020000" w:csb1="00000000"/>
  </w:font>
</w:fonts>
</file>

<file path=word/numbering.xml><?xml version="1.0" encoding="utf-8"?>
<w:numbering xmlns:w="http://schemas.openxmlformats.org/wordprocessingml/2006/main">
  <w:abstractNum w:abstractNumId="0">
    <w:nsid w:val="FFFFFF7E"/>
    <w:multiLevelType w:val="singleLevel"/>
    <w:tmpl w:val="FB12693A"/>
    <w:lvl w:ilvl="0">
      <w:start w:val="1"/>
      <w:numFmt w:val="decimal"/>
      <w:pStyle w:val="000036"/>
      <w:lvlText w:val="%1."/>
      <w:lvlJc w:val="left"/>
      <w:pPr>
        <w:tabs>
          <w:tab w:val="num" w:pos="1080"/>
        </w:tabs>
        <w:ind w:left="1080" w:hanging="360"/>
      </w:pPr>
    </w:lvl>
  </w:abstractNum>
  <w:abstractNum w:abstractNumId="1">
    <w:nsid w:val="FFFFFF89"/>
    <w:multiLevelType w:val="singleLevel"/>
    <w:tmpl w:val="29761A62"/>
    <w:lvl w:ilvl="0">
      <w:start w:val="1"/>
      <w:numFmt w:val="bullet"/>
      <w:pStyle w:val="00002c"/>
      <w:lvlText w:val=""/>
      <w:lvlJc w:val="left"/>
      <w:pPr>
        <w:tabs>
          <w:tab w:val="num" w:pos="360"/>
        </w:tabs>
        <w:ind w:left="360" w:hanging="360"/>
      </w:pPr>
      <w:rPr>
        <w:rFonts w:hint="default" w:ascii="Symbol" w:hAnsi="Symbol"/>
      </w:rPr>
    </w:lvl>
  </w:abstractNum>
  <w:abstractNum w:abstractNumId="2">
    <w:nsid w:val="FFFFFF7F"/>
    <w:multiLevelType w:val="singleLevel"/>
    <w:tmpl w:val="38441652"/>
    <w:lvl w:ilvl="0">
      <w:start w:val="1"/>
      <w:numFmt w:val="decimal"/>
      <w:pStyle w:val="000034"/>
      <w:lvlText w:val="%1."/>
      <w:lvlJc w:val="left"/>
      <w:pPr>
        <w:tabs>
          <w:tab w:val="num" w:pos="720"/>
        </w:tabs>
        <w:ind w:left="720" w:hanging="360"/>
      </w:pPr>
    </w:lvl>
  </w:abstractNum>
  <w:abstractNum w:abstractNumId="3">
    <w:nsid w:val="FFFFFF88"/>
    <w:multiLevelType w:val="singleLevel"/>
    <w:tmpl w:val="D0A62B40"/>
    <w:lvl w:ilvl="0">
      <w:start w:val="1"/>
      <w:numFmt w:val="decimal"/>
      <w:pStyle w:val="000032"/>
      <w:lvlText w:val="%1."/>
      <w:lvlJc w:val="left"/>
      <w:pPr>
        <w:tabs>
          <w:tab w:val="num" w:pos="360"/>
        </w:tabs>
        <w:ind w:left="360" w:hanging="360"/>
      </w:pPr>
    </w:lvl>
  </w:abstractNum>
  <w:abstractNum w:abstractNumId="4">
    <w:nsid w:val="FFFFFF82"/>
    <w:multiLevelType w:val="singleLevel"/>
    <w:tmpl w:val="F3EAFDEC"/>
    <w:lvl w:ilvl="0">
      <w:start w:val="1"/>
      <w:numFmt w:val="bullet"/>
      <w:pStyle w:val="000030"/>
      <w:lvlText w:val=""/>
      <w:lvlJc w:val="left"/>
      <w:pPr>
        <w:tabs>
          <w:tab w:val="num" w:pos="1080"/>
        </w:tabs>
        <w:ind w:left="1080" w:hanging="360"/>
      </w:pPr>
      <w:rPr>
        <w:rFonts w:hint="default" w:ascii="Symbol" w:hAnsi="Symbol"/>
      </w:rPr>
    </w:lvl>
  </w:abstractNum>
  <w:abstractNum w:abstractNumId="5">
    <w:nsid w:val="FFFFFF83"/>
    <w:multiLevelType w:val="singleLevel"/>
    <w:tmpl w:val="3D1EFFD4"/>
    <w:lvl w:ilvl="0">
      <w:start w:val="1"/>
      <w:numFmt w:val="bullet"/>
      <w:pStyle w:val="00002e"/>
      <w:lvlText w:val=""/>
      <w:lvlJc w:val="left"/>
      <w:pPr>
        <w:tabs>
          <w:tab w:val="num" w:pos="720"/>
        </w:tabs>
        <w:ind w:left="720" w:hanging="360"/>
      </w:pPr>
      <w:rPr>
        <w:rFonts w:hint="default" w:ascii="Symbol" w:hAnsi="Symbol"/>
      </w:rPr>
    </w:lvl>
  </w:abstractNum>
  <w:num w:numId="1">
    <w:abstractNumId w:val="4"/>
  </w:num>
  <w:num w:numId="5">
    <w:abstractNumId w:val="0"/>
  </w:num>
  <w:num w:numId="4">
    <w:abstractNumId w:val="5"/>
  </w:num>
  <w:num w:numId="2">
    <w:abstractNumId w:val="3"/>
  </w:num>
  <w:num w:numId="6">
    <w:abstractNumId w:val="1"/>
  </w:num>
  <w:num w:numId="3">
    <w:abstractNumId w:val="2"/>
  </w:num>
</w:numbering>
</file>

<file path=word/settings.xml><?xml version="1.0" encoding="utf-8"?>
<w:settings xmlns:w="http://schemas.openxmlformats.org/wordprocessingml/2006/main">
  <w:zoom w:val="bestFit" w:percent="100"/>
  <w:proofState w:spelling="clean" w:grammar="clean"/>
  <w:defaultTabStop w:val="720"/>
  <w:characterSpacingControl w:val="doNotCompress"/>
  <w:savePreviewPicture w:val="1"/>
  <w:compat>
    <w:useFELayout w:val="1"/>
    <w:compatSetting w:name="enableOpenTypeFeatures" w:uri="http://schemas.microsoft.com/office/word" w:val="1"/>
    <w:compatSetting w:name="doNotFlipMirrorIndents" w:uri="http://schemas.microsoft.com/office/word" w:val="1"/>
    <w:compatSetting w:name="overrideTableStyleFontSizeAndJustification" w:uri="http://schemas.microsoft.com/office/word" w:val="1"/>
    <w:compatSetting w:name="compatibilityMode" w:uri="http://schemas.microsoft.com/office/word" w:val="14"/>
  </w:compat>
  <w:rsids>
    <w:rsidRoot w:val="00B47730"/>
    <w:rsid w:val="00034616"/>
    <w:rsid w:val="0006063C"/>
    <w:rsid w:val="0015074B"/>
    <w:rsid w:val="0029639D"/>
    <w:rsid w:val="00326F90"/>
    <w:rsid w:val="00AA1D8D"/>
    <w:rsid w:val="00B47730"/>
    <w:rsid w:val="00CB0664"/>
    <w:rsid w:val="00FC693F"/>
  </w:rsids>
  <w:themeFontLang w:val="en-US" w:eastAsia="ja-JP"/>
  <w:clrSchemeMapping w:bg1="light1" w:t1="dark1" w:bg2="light2" w:t2="dark2" w:accent1="accent1" w:accent2="accent2" w:accent3="accent3" w:accent4="accent4" w:accent5="accent5" w:accent6="accent6" w:hyperlink="hyperlink" w:followedHyperlink="followedHyperlink"/>
  <w:doNotAutoCompressPictures w:val="1"/>
  <w:decimalSymbol w:val="."/>
  <w:listSeparator w:val=","/>
</w:settings>
</file>

<file path=word/styles.xml><?xml version="1.0" encoding="utf-8"?>
<w:styles xmlns:w="http://schemas.openxmlformats.org/wordprocessingml/2006/main">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Subtitle" w:uiPriority="11" w:semiHidden="0" w:unhideWhenUsed="0" w:qFormat="1"/>
    <w:lsdException w:name="Medium List 2 Accent 2" w:uiPriority="66" w:semiHidden="0" w:unhideWhenUsed="0"/>
    <w:lsdException w:name="Medium Grid 2" w:uiPriority="68" w:semiHidden="0" w:unhideWhenUsed="0"/>
    <w:lsdException w:name="Dark List Accent 1" w:uiPriority="70" w:semiHidden="0" w:unhideWhenUsed="0"/>
    <w:lsdException w:name="Dark List Accent 4" w:uiPriority="70" w:semiHidden="0" w:unhideWhenUsed="0"/>
    <w:lsdException w:name="Strong" w:uiPriority="22" w:semiHidden="0" w:unhideWhenUsed="0" w:qFormat="1"/>
    <w:lsdException w:name="Medium List 2 Accent 4" w:uiPriority="66" w:semiHidden="0" w:unhideWhenUsed="0"/>
    <w:lsdException w:name="Colorful Shading Accent 1" w:uiPriority="71" w:semiHidden="0" w:unhideWhenUsed="0"/>
    <w:lsdException w:name="Light List Accent 5" w:uiPriority="61" w:semiHidden="0" w:unhideWhenUsed="0"/>
    <w:lsdException w:name="Medium Grid 1 Accent 5" w:uiPriority="67" w:semiHidden="0" w:unhideWhenUsed="0"/>
    <w:lsdException w:name="Light Shading Accent 6" w:uiPriority="60" w:semiHidden="0" w:unhideWhenUsed="0"/>
    <w:lsdException w:name="Medium Grid 2 Accent 6" w:uiPriority="68" w:semiHidden="0" w:unhideWhenUsed="0"/>
    <w:lsdException w:name="Medium List 2" w:uiPriority="66" w:semiHidden="0" w:unhideWhenUsed="0"/>
    <w:lsdException w:name="Medium Grid 2 Accent 2" w:uiPriority="68" w:semiHidden="0" w:unhideWhenUsed="0"/>
    <w:lsdException w:name="Medium Grid 2 Accent 3" w:uiPriority="68" w:semiHidden="0" w:unhideWhenUsed="0"/>
    <w:lsdException w:name="Medium Shading 1 Accent 5" w:uiPriority="63" w:semiHidden="0" w:unhideWhenUsed="0"/>
    <w:lsdException w:name="Medium Grid 2 Accent 5" w:uiPriority="68" w:semiHidden="0" w:unhideWhenUsed="0"/>
    <w:lsdException w:name="Medium List 1 Accent 2" w:uiPriority="65" w:semiHidden="0" w:unhideWhenUsed="0"/>
    <w:lsdException w:name="Light List Accent 1" w:uiPriority="61" w:semiHidden="0" w:unhideWhenUsed="0"/>
    <w:lsdException w:name="Light Shading Accent 2" w:uiPriority="60" w:semiHidden="0" w:unhideWhenUsed="0"/>
    <w:lsdException w:name="Medium Shading 2 Accent 2" w:uiPriority="64" w:semiHidden="0" w:unhideWhenUsed="0"/>
    <w:lsdException w:name="Medium Grid 3 Accent 6" w:uiPriority="69" w:semiHidden="0" w:unhideWhenUsed="0"/>
    <w:lsdException w:name="Medium List 2 Accent 3" w:uiPriority="66" w:semiHidden="0" w:unhideWhenUsed="0"/>
    <w:lsdException w:name="toc 1" w:uiPriority="39"/>
    <w:lsdException w:name="Medium Grid 3 Accent 2" w:uiPriority="69" w:semiHidden="0" w:unhideWhenUsed="0"/>
    <w:lsdException w:name="Colorful Grid Accent 4" w:uiPriority="73" w:semiHidden="0" w:unhideWhenUsed="0"/>
    <w:lsdException w:name="Light Shading Accent 4" w:uiPriority="60" w:semiHidden="0" w:unhideWhenUsed="0"/>
    <w:lsdException w:name="heading 4" w:uiPriority="9" w:qFormat="1"/>
    <w:lsdException w:name="Medium Shading 1 Accent 2" w:uiPriority="63" w:semiHidden="0" w:unhideWhenUsed="0"/>
    <w:lsdException w:name="Colorful Grid" w:uiPriority="73" w:semiHidden="0" w:unhideWhenUsed="0"/>
    <w:lsdException w:name="Colorful Grid Accent 1" w:uiPriority="73" w:semiHidden="0" w:unhideWhenUsed="0"/>
    <w:lsdException w:name="Medium List 1 Accent 6" w:uiPriority="65" w:semiHidden="0" w:unhideWhenUsed="0"/>
    <w:lsdException w:name="Dark List Accent 3" w:uiPriority="70" w:semiHidden="0" w:unhideWhenUsed="0"/>
    <w:lsdException w:name="Colorful Shading Accent 2" w:uiPriority="71" w:semiHidden="0" w:unhideWhenUsed="0"/>
    <w:lsdException w:name="List Paragraph" w:uiPriority="34" w:semiHidden="0" w:unhideWhenUsed="0" w:qFormat="1"/>
    <w:lsdException w:name="Colorful Grid Accent 5" w:uiPriority="73" w:semiHidden="0" w:unhideWhenUsed="0"/>
    <w:lsdException w:name="Colorful Shading Accent 5" w:uiPriority="71" w:semiHidden="0" w:unhideWhenUsed="0"/>
    <w:lsdException w:name="Light Shading Accent 3" w:uiPriority="60" w:semiHidden="0" w:unhideWhenUsed="0"/>
    <w:lsdException w:name="Light Grid Accent 5" w:uiPriority="62" w:semiHidden="0" w:unhideWhenUsed="0"/>
    <w:lsdException w:name="Colorful Shading Accent 6" w:uiPriority="71" w:semiHidden="0" w:unhideWhenUsed="0"/>
    <w:lsdException w:name="Light Grid Accent 3" w:uiPriority="62" w:semiHidden="0" w:unhideWhenUsed="0"/>
    <w:lsdException w:name="Medium Grid 3 Accent 1" w:uiPriority="69" w:semiHidden="0" w:unhideWhenUsed="0"/>
    <w:lsdException w:name="Medium Grid 1 Accent 4" w:uiPriority="67" w:semiHidden="0" w:unhideWhenUsed="0"/>
    <w:lsdException w:name="Light Grid Accent 2" w:uiPriority="62" w:semiHidden="0" w:unhideWhenUsed="0"/>
    <w:lsdException w:name="Medium Grid 3 Accent 3" w:uiPriority="69" w:semiHidden="0" w:unhideWhenUsed="0"/>
    <w:lsdException w:name="Medium Shading 2 Accent 5" w:uiPriority="64" w:semiHidden="0" w:unhideWhenUsed="0"/>
    <w:lsdException w:name="heading 7" w:uiPriority="9" w:qFormat="1"/>
    <w:lsdException w:name="Colorful Grid Accent 2" w:uiPriority="73" w:semiHidden="0" w:unhideWhenUsed="0"/>
    <w:lsdException w:name="toc 6" w:uiPriority="39"/>
    <w:lsdException w:name="Subtle Emphasis" w:uiPriority="19" w:semiHidden="0" w:unhideWhenUsed="0" w:qFormat="1"/>
    <w:lsdException w:name="Medium Shading 1" w:uiPriority="63" w:semiHidden="0" w:unhideWhenUsed="0"/>
    <w:lsdException w:name="Colorful Shading" w:uiPriority="71" w:semiHidden="0" w:unhideWhenUsed="0"/>
    <w:lsdException w:name="Colorful Grid Accent 3" w:uiPriority="73" w:semiHidden="0" w:unhideWhenUsed="0"/>
    <w:lsdException w:name="Medium Shading 1 Accent 3" w:uiPriority="63" w:semiHidden="0" w:unhideWhenUsed="0"/>
    <w:lsdException w:name="heading 2" w:uiPriority="9" w:qFormat="1"/>
    <w:lsdException w:name="Colorful List Accent 4" w:uiPriority="72" w:semiHidden="0" w:unhideWhenUsed="0"/>
    <w:lsdException w:name="Colorful List Accent 2" w:uiPriority="72" w:semiHidden="0" w:unhideWhenUsed="0"/>
    <w:lsdException w:name="Light Grid Accent 6" w:uiPriority="62" w:semiHidden="0" w:unhideWhenUsed="0"/>
    <w:lsdException w:name="caption" w:uiPriority="35" w:qFormat="1"/>
    <w:lsdException w:name="Table Grid" w:uiPriority="59" w:semiHidden="0" w:unhideWhenUsed="0"/>
    <w:lsdException w:name="Bibliography" w:uiPriority="37"/>
    <w:lsdException w:name="Medium List 2 Accent 1" w:uiPriority="66" w:semiHidden="0" w:unhideWhenUsed="0"/>
    <w:lsdException w:name="Intense Emphasis" w:uiPriority="21" w:semiHidden="0" w:unhideWhenUsed="0" w:qFormat="1"/>
    <w:lsdException w:name="heading 8" w:uiPriority="9" w:qFormat="1"/>
    <w:lsdException w:name="Dark List Accent 5" w:uiPriority="70" w:semiHidden="0" w:unhideWhenUsed="0"/>
    <w:lsdException w:name="toc 5" w:uiPriority="39"/>
    <w:lsdException w:name="Light Shading Accent 1" w:uiPriority="60" w:semiHidden="0" w:unhideWhenUsed="0"/>
    <w:lsdException w:name="Light Shading Accent 5" w:uiPriority="60" w:semiHidden="0" w:unhideWhenUsed="0"/>
    <w:lsdException w:name="Quote" w:uiPriority="29" w:semiHidden="0" w:unhideWhenUsed="0" w:qFormat="1"/>
    <w:lsdException w:name="Light List Accent 4" w:uiPriority="61" w:semiHidden="0" w:unhideWhenUsed="0"/>
    <w:lsdException w:name="Light List Accent 6" w:uiPriority="61" w:semiHidden="0" w:unhideWhenUsed="0"/>
    <w:lsdException w:name="Medium Grid 1" w:uiPriority="67" w:semiHidden="0" w:unhideWhenUsed="0"/>
    <w:lsdException w:name="Colorful List Accent 5" w:uiPriority="72" w:semiHidden="0" w:unhideWhenUsed="0"/>
    <w:lsdException w:name="Dark List" w:uiPriority="70" w:semiHidden="0" w:unhideWhenUsed="0"/>
    <w:lsdException w:name="Dark List Accent 2" w:uiPriority="70" w:semiHidden="0" w:unhideWhenUsed="0"/>
    <w:lsdException w:name="Medium Shading 2 Accent 1" w:uiPriority="64" w:semiHidden="0" w:unhideWhenUsed="0"/>
    <w:lsdException w:name="Medium Grid 3 Accent 4" w:uiPriority="69" w:semiHidden="0" w:unhideWhenUsed="0"/>
    <w:lsdException w:name="Normal" w:uiPriority="0" w:semiHidden="0" w:unhideWhenUsed="0" w:qFormat="1"/>
    <w:lsdException w:name="Medium List 1 Accent 5" w:uiPriority="65" w:semiHidden="0" w:unhideWhenUsed="0"/>
    <w:lsdException w:name="Medium Grid 3" w:uiPriority="69" w:semiHidden="0" w:unhideWhenUsed="0"/>
    <w:lsdException w:name="Medium Grid 2 Accent 4" w:uiPriority="68" w:semiHidden="0" w:unhideWhenUsed="0"/>
    <w:lsdException w:name="Dark List Accent 6" w:uiPriority="70" w:semiHidden="0" w:unhideWhenUsed="0"/>
    <w:lsdException w:name="Default Paragraph Font" w:uiPriority="1"/>
    <w:lsdException w:name="toc 8" w:uiPriority="39"/>
    <w:lsdException w:name="heading 9" w:uiPriority="9" w:qFormat="1"/>
    <w:lsdException w:name="Light Grid Accent 4" w:uiPriority="62" w:semiHidden="0" w:unhideWhenUsed="0"/>
    <w:lsdException w:name="Light List Accent 2" w:uiPriority="61" w:semiHidden="0" w:unhideWhenUsed="0"/>
    <w:lsdException w:name="No Spacing" w:uiPriority="1" w:semiHidden="0" w:unhideWhenUsed="0" w:qFormat="1"/>
    <w:lsdException w:name="Medium Grid 1 Accent 2" w:uiPriority="67" w:semiHidden="0" w:unhideWhenUsed="0"/>
    <w:lsdException w:name="heading 1" w:uiPriority="9" w:semiHidden="0" w:unhideWhenUsed="0" w:qFormat="1"/>
    <w:lsdException w:name="Colorful List Accent 1" w:uiPriority="72" w:semiHidden="0" w:unhideWhenUsed="0"/>
    <w:lsdException w:name="Light List" w:uiPriority="61" w:semiHidden="0" w:unhideWhenUsed="0"/>
    <w:lsdException w:name="toc 7" w:uiPriority="39"/>
    <w:lsdException w:name="Placeholder Text" w:unhideWhenUsed="0"/>
    <w:lsdException w:name="Colorful List Accent 6" w:uiPriority="72" w:semiHidden="0" w:unhideWhenUsed="0"/>
    <w:lsdException w:name="toc 3" w:uiPriority="39"/>
    <w:lsdException w:name="Medium List 1 Accent 4" w:uiPriority="65" w:semiHidden="0" w:unhideWhenUsed="0"/>
    <w:lsdException w:name="Colorful Grid Accent 6" w:uiPriority="73" w:semiHidden="0" w:unhideWhenUsed="0"/>
    <w:lsdException w:name="Medium Shading 1 Accent 6" w:uiPriority="63" w:semiHidden="0" w:unhideWhenUsed="0"/>
    <w:lsdException w:name="Medium List 1" w:uiPriority="65" w:semiHidden="0" w:unhideWhenUsed="0"/>
    <w:lsdException w:name="Light List Accent 3" w:uiPriority="61" w:semiHidden="0" w:unhideWhenUsed="0"/>
    <w:lsdException w:name="Medium Shading 1 Accent 1" w:uiPriority="63" w:semiHidden="0" w:unhideWhenUsed="0"/>
    <w:lsdException w:name="Title" w:uiPriority="10" w:semiHidden="0" w:unhideWhenUsed="0" w:qFormat="1"/>
    <w:lsdException w:name="Emphasis" w:uiPriority="20" w:semiHidden="0" w:unhideWhenUsed="0" w:qFormat="1"/>
    <w:lsdException w:name="Colorful List" w:uiPriority="72" w:semiHidden="0" w:unhideWhenUsed="0"/>
    <w:lsdException w:name="Light Shading" w:uiPriority="60" w:semiHidden="0" w:unhideWhenUsed="0"/>
    <w:lsdException w:name="heading 3" w:uiPriority="9" w:qFormat="1"/>
    <w:lsdException w:name="Subtle Reference" w:uiPriority="31" w:semiHidden="0" w:unhideWhenUsed="0" w:qFormat="1"/>
    <w:lsdException w:name="Medium Shading 2" w:uiPriority="64" w:semiHidden="0" w:unhideWhenUsed="0"/>
    <w:lsdException w:name="Medium Shading 2 Accent 3" w:uiPriority="64" w:semiHidden="0" w:unhideWhenUsed="0"/>
    <w:lsdException w:name="Colorful Shading Accent 3" w:uiPriority="71" w:semiHidden="0" w:unhideWhenUsed="0"/>
    <w:lsdException w:name="Light Grid Accent 1" w:uiPriority="62" w:semiHidden="0" w:unhideWhenUsed="0"/>
    <w:lsdException w:name="toc 2" w:uiPriority="39"/>
    <w:lsdException w:name="Intense Quote" w:uiPriority="30" w:semiHidden="0" w:unhideWhenUsed="0" w:qFormat="1"/>
    <w:lsdException w:name="Medium Grid 1 Accent 3" w:uiPriority="67" w:semiHidden="0" w:unhideWhenUsed="0"/>
    <w:lsdException w:name="Revision" w:unhideWhenUsed="0"/>
    <w:lsdException w:name="Medium List 1 Accent 1" w:uiPriority="65" w:semiHidden="0" w:unhideWhenUsed="0"/>
    <w:lsdException w:name="Medium List 2 Accent 6" w:uiPriority="66" w:semiHidden="0" w:unhideWhenUsed="0"/>
    <w:lsdException w:name="Colorful List Accent 3" w:uiPriority="72" w:semiHidden="0" w:unhideWhenUsed="0"/>
    <w:lsdException w:name="Book Title" w:uiPriority="33" w:semiHidden="0" w:unhideWhenUsed="0" w:qFormat="1"/>
    <w:lsdException w:name="Medium Grid 2 Accent 1" w:uiPriority="68" w:semiHidden="0" w:unhideWhenUsed="0"/>
    <w:lsdException w:name="Medium List 2 Accent 5" w:uiPriority="66" w:semiHidden="0" w:unhideWhenUsed="0"/>
    <w:lsdException w:name="Medium Grid 3 Accent 5" w:uiPriority="69" w:semiHidden="0" w:unhideWhenUsed="0"/>
    <w:lsdException w:name="heading 6" w:uiPriority="9" w:qFormat="1"/>
    <w:lsdException w:name="Medium List 1 Accent 3" w:uiPriority="65" w:semiHidden="0" w:unhideWhenUsed="0"/>
    <w:lsdException w:name="TOC Heading" w:uiPriority="39" w:qFormat="1"/>
    <w:lsdException w:name="toc 4" w:uiPriority="39"/>
    <w:lsdException w:name="Medium Grid 1 Accent 6" w:uiPriority="67" w:semiHidden="0" w:unhideWhenUsed="0"/>
    <w:lsdException w:name="Intense Reference" w:uiPriority="32" w:semiHidden="0" w:unhideWhenUsed="0" w:qFormat="1"/>
    <w:lsdException w:name="Medium Grid 1 Accent 1" w:uiPriority="67" w:semiHidden="0" w:unhideWhenUsed="0"/>
    <w:lsdException w:name="Medium Shading 1 Accent 4" w:uiPriority="63" w:semiHidden="0" w:unhideWhenUsed="0"/>
    <w:lsdException w:name="Medium Shading 2 Accent 6" w:uiPriority="64" w:semiHidden="0" w:unhideWhenUsed="0"/>
    <w:lsdException w:name="Medium Shading 2 Accent 4" w:uiPriority="64" w:semiHidden="0" w:unhideWhenUsed="0"/>
    <w:lsdException w:name="Colorful Shading Accent 4" w:uiPriority="71" w:semiHidden="0" w:unhideWhenUsed="0"/>
    <w:lsdException w:name="heading 5" w:uiPriority="9" w:qFormat="1"/>
    <w:lsdException w:name="toc 9" w:uiPriority="39"/>
    <w:lsdException w:name="Light Grid" w:uiPriority="62" w:semiHidden="0" w:unhideWhenUsed="0"/>
  </w:latentStyles>
  <w:style w:type="character" w:styleId="000007" w:customStyle="1">
    <w:name w:val="Footer Char"/>
    <w:basedOn w:val="000005"/>
    <w:link w:val="000006"/>
    <w:uiPriority w:val="99"/>
    <w:rsid w:val="00E618BF"/>
  </w:style>
  <w:style w:type="paragraph" w:styleId="00002a">
    <w:name w:val="List 3"/>
    <w:basedOn w:val="000002"/>
    <w:uiPriority w:val="99"/>
    <w:unhideWhenUsed w:val="1"/>
    <w:rsid w:val="00326F90"/>
    <w:pPr>
      <w:ind w:left="1080" w:hanging="360"/>
      <w:contextualSpacing w:val="1"/>
    </w:pPr>
  </w:style>
  <w:style w:type="table" w:styleId="0000a6">
    <w:name w:val="Colorful Grid Accent 1"/>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firstRow">
      <w:rPr>
        <w:b w:val="1"/>
        <w:bCs w:val="1"/>
      </w:rPr>
      <w:tblPr/>
      <w:tcPr>
        <w:shd w:val="clear" w:color="auto" w:fill="B8CCE4" w:themeFill="accent1" w:themeFillTint="66"/>
      </w:tcPr>
    </w:tblStylePr>
    <w:tblStylePr w:type="band1Horz">
      <w:tblPr/>
      <w:tcPr>
        <w:shd w:val="clear" w:color="auto" w:fill="A7BFDE" w:themeFill="accent1" w:themeFillTint="7F"/>
      </w:tcPr>
    </w:tblStylePr>
    <w:tblStylePr w:type="firstCol">
      <w:rPr>
        <w:color w:val="FFFFFF" w:themeColor="background1"/>
      </w:rPr>
      <w:tblPr/>
      <w:tcPr>
        <w:shd w:val="clear" w:color="auto" w:fill="365F91" w:themeFill="accent1" w:themeFillShade="BF"/>
      </w:tcPr>
    </w:tblStylePr>
    <w:tblStylePr w:type="lastRow">
      <w:rPr>
        <w:b w:val="1"/>
        <w:bCs w:val="1"/>
        <w:color w:val="000000" w:themeColor="text1"/>
      </w:rPr>
      <w:tblPr/>
      <w:tcPr>
        <w:shd w:val="clear" w:color="auto" w:fill="B8CCE4" w:themeFill="accent1" w:themeFillTint="66"/>
      </w:tcPr>
    </w:tblStylePr>
  </w:style>
  <w:style w:type="paragraph" w:styleId="000048">
    <w:name w:val="TOC Heading"/>
    <w:basedOn w:val="000008"/>
    <w:next w:val="000002"/>
    <w:uiPriority w:val="39"/>
    <w:semiHidden w:val="1"/>
    <w:unhideWhenUsed w:val="1"/>
    <w:qFormat w:val="1"/>
    <w:rsid w:val="00FC693F"/>
    <w:pPr>
      <w:outlineLvl w:val="9"/>
    </w:pPr>
  </w:style>
  <w:style w:type="table" w:styleId="000079">
    <w:name w:val="Medium List 2 Accent 5"/>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D2EAF1" w:themeFill="accent5" w:themeFillTint="3F"/>
      </w:tcPr>
    </w:tblStyle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nwCell">
      <w:tblPr/>
      <w:tcPr>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D2EAF1" w:themeFill="accent5" w:themeFillTint="3F"/>
      </w:tcPr>
    </w:tblStylePr>
    <w:tblStylePr w:type="swCell">
      <w:tblPr/>
      <w:tcPr>
        <w:tcBorders>
          <w:top w:val="nil"/>
        </w:tcBorders>
      </w:tcPr>
    </w:tblStylePr>
  </w:style>
  <w:style w:type="paragraph" w:styleId="00000e">
    <w:name w:val="heading 4"/>
    <w:basedOn w:val="000002"/>
    <w:next w:val="000002"/>
    <w:link w:val="00000f"/>
    <w:uiPriority w:val="9"/>
    <w:semiHidden w:val="1"/>
    <w:unhideWhenUsed w:val="1"/>
    <w:qFormat w:val="1"/>
    <w:rsid w:val="00FC693F"/>
    <w:pPr>
      <w:keepNext w:val="1"/>
      <w:keepLines w:val="1"/>
      <w:spacing w:before="200" w:after="0"/>
      <w:outlineLvl w:val="3"/>
    </w:pPr>
    <w:rPr>
      <w:rFonts w:asciiTheme="majorHAnsi" w:hAnsiTheme="majorHAnsi" w:eastAsiaTheme="majorEastAsia" w:cstheme="majorBidi"/>
      <w:b w:val="1"/>
      <w:bCs w:val="1"/>
      <w:i w:val="1"/>
      <w:iCs w:val="1"/>
      <w:color w:val="4F81BD" w:themeColor="accent1"/>
    </w:rPr>
  </w:style>
  <w:style w:type="table" w:styleId="000058">
    <w:name w:val="Light Grid"/>
    <w:basedOn w:val="00001a"/>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firstRow">
      <w:pPr>
        <w:spacing w:before="0" w:after="0" w:line="240" w:lineRule="auto"/>
      </w:pPr>
      <w:rPr>
        <w:rFonts w:asciiTheme="majorHAnsi" w:hAnsiTheme="majorHAnsi" w:eastAsiaTheme="majorEastAsia" w:cstheme="majorBidi"/>
        <w:b w:val="1"/>
        <w:bCs w:val="1"/>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tblStylePr w:type="lastCol">
      <w:rPr>
        <w:rFonts w:asciiTheme="majorHAnsi" w:hAnsiTheme="majorHAnsi" w:eastAsiaTheme="majorEastAsia" w:cstheme="majorBidi"/>
        <w:b w:val="1"/>
        <w:bCs w:val="1"/>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firstCol">
      <w:rPr>
        <w:rFonts w:asciiTheme="majorHAnsi" w:hAnsiTheme="majorHAnsi" w:eastAsiaTheme="majorEastAsia" w:cstheme="majorBidi"/>
        <w:b w:val="1"/>
        <w:bCs w:val="1"/>
      </w:rPr>
    </w:tblStylePr>
    <w:tblStylePr w:type="lastRow">
      <w:pPr>
        <w:spacing w:before="0" w:after="0" w:line="240" w:lineRule="auto"/>
      </w:pPr>
      <w:rPr>
        <w:rFonts w:asciiTheme="majorHAnsi" w:hAnsiTheme="majorHAnsi" w:eastAsiaTheme="majorEastAsia" w:cstheme="majorBidi"/>
        <w:b w:val="1"/>
        <w:bCs w:val="1"/>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style>
  <w:style w:type="character" w:styleId="000047">
    <w:name w:val="Book Title"/>
    <w:basedOn w:val="000005"/>
    <w:uiPriority w:val="33"/>
    <w:qFormat w:val="1"/>
    <w:rsid w:val="00FC693F"/>
    <w:rPr>
      <w:b w:val="1"/>
      <w:bCs w:val="1"/>
      <w:smallCaps w:val="1"/>
      <w:spacing w:val="5"/>
    </w:rPr>
  </w:style>
  <w:style w:type="character" w:styleId="000044">
    <w:name w:val="Intense Emphasis"/>
    <w:basedOn w:val="000005"/>
    <w:uiPriority w:val="21"/>
    <w:qFormat w:val="1"/>
    <w:rsid w:val="00FC693F"/>
    <w:rPr>
      <w:b w:val="1"/>
      <w:bCs w:val="1"/>
      <w:i w:val="1"/>
      <w:iCs w:val="1"/>
      <w:color w:val="4F81BD" w:themeColor="accent1"/>
    </w:rPr>
  </w:style>
  <w:style w:type="table" w:styleId="000049">
    <w:name w:val="Table Grid"/>
    <w:basedOn w:val="00001a"/>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000006">
    <w:name w:val="footer"/>
    <w:basedOn w:val="000002"/>
    <w:link w:val="000007"/>
    <w:uiPriority w:val="99"/>
    <w:unhideWhenUsed w:val="1"/>
    <w:rsid w:val="00E618BF"/>
    <w:pPr>
      <w:tabs>
        <w:tab w:val="center" w:pos="4680"/>
        <w:tab w:val="right" w:pos="9360"/>
      </w:tabs>
      <w:spacing w:after="0" w:line="240" w:lineRule="auto"/>
    </w:pPr>
  </w:style>
  <w:style w:type="table" w:styleId="00007c">
    <w:name w:val="Medium Grid 1 Accent 1"/>
    <w:basedOn w:val="00001a"/>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lastRow">
      <w:rPr>
        <w:b w:val="1"/>
        <w:bCs w:val="1"/>
      </w:rPr>
      <w:tblPr/>
      <w:tcPr>
        <w:tcBorders>
          <w:top w:val="single" w:color="7BA0CD" w:themeColor="accent1" w:themeTint="BF" w:sz="18" w:space="0"/>
        </w:tcBorders>
      </w:tcPr>
    </w:tblStylePr>
    <w:tblStylePr w:type="firstRow">
      <w:rPr>
        <w:b w:val="1"/>
        <w:bCs w:val="1"/>
      </w:rPr>
    </w:tblStylePr>
    <w:tblStylePr w:type="firstCol">
      <w:rPr>
        <w:b w:val="1"/>
        <w:bCs w:val="1"/>
      </w:rPr>
    </w:tblStylePr>
    <w:tblStylePr w:type="band1Vert">
      <w:tblPr/>
      <w:tcPr>
        <w:shd w:val="clear" w:color="auto" w:fill="A7BFDE" w:themeFill="accent1" w:themeFillTint="7F"/>
      </w:tcPr>
    </w:tblStylePr>
    <w:tblStylePr w:type="lastCol">
      <w:rPr>
        <w:b w:val="1"/>
        <w:bCs w:val="1"/>
      </w:rPr>
    </w:tblStylePr>
    <w:tblStylePr w:type="band1Horz">
      <w:tblPr/>
      <w:tcPr>
        <w:shd w:val="clear" w:color="auto" w:fill="A7BFDE" w:themeFill="accent1" w:themeFillTint="7F"/>
      </w:tcPr>
    </w:tblStylePr>
  </w:style>
  <w:style w:type="numbering" w:styleId="00001b" w:default="1">
    <w:name w:val="No List"/>
    <w:uiPriority w:val="99"/>
    <w:semiHidden w:val="1"/>
    <w:unhideWhenUsed w:val="1"/>
  </w:style>
  <w:style w:type="table" w:styleId="0000a8">
    <w:name w:val="Colorful Grid Accent 3"/>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band1Vert">
      <w:tblPr/>
      <w:tcPr>
        <w:shd w:val="clear" w:color="auto" w:fill="CDDDAC" w:themeFill="accent3" w:themeFillTint="7F"/>
      </w:tcPr>
    </w:tblStylePr>
    <w:tblStylePr w:type="band1Horz">
      <w:tblPr/>
      <w:tcPr>
        <w:shd w:val="clear" w:color="auto" w:fill="CDDDAC" w:themeFill="accent3" w:themeFillTint="7F"/>
      </w:tcPr>
    </w:tblStylePr>
    <w:tblStylePr w:type="lastCol">
      <w:rPr>
        <w:color w:val="FFFFFF" w:themeColor="background1"/>
      </w:rPr>
      <w:tblPr/>
      <w:tcPr>
        <w:shd w:val="clear" w:color="auto" w:fill="76923C" w:themeFill="accent3" w:themeFillShade="BF"/>
      </w:tcPr>
    </w:tblStylePr>
    <w:tblStylePr w:type="firstCol">
      <w:rPr>
        <w:color w:val="FFFFFF" w:themeColor="background1"/>
      </w:rPr>
      <w:tblPr/>
      <w:tcPr>
        <w:shd w:val="clear" w:color="auto" w:fill="76923C" w:themeFill="accent3" w:themeFillShade="BF"/>
      </w:tcPr>
    </w:tblStylePr>
    <w:tblStylePr w:type="lastRow">
      <w:rPr>
        <w:b w:val="1"/>
        <w:bCs w:val="1"/>
        <w:color w:val="000000" w:themeColor="text1"/>
      </w:rPr>
      <w:tblPr/>
      <w:tcPr>
        <w:shd w:val="clear" w:color="auto" w:fill="D6E3BC" w:themeFill="accent3" w:themeFillTint="66"/>
      </w:tcPr>
    </w:tblStylePr>
    <w:tblStylePr w:type="firstRow">
      <w:rPr>
        <w:b w:val="1"/>
        <w:bCs w:val="1"/>
      </w:rPr>
      <w:tblPr/>
      <w:tcPr>
        <w:shd w:val="clear" w:color="auto" w:fill="D6E3BC" w:themeFill="accent3" w:themeFillTint="66"/>
      </w:tcPr>
    </w:tblStylePr>
  </w:style>
  <w:style w:type="table" w:styleId="00009e">
    <w:name w:val="Colorful List"/>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band1Vert">
      <w:tblPr/>
      <w:tcPr>
        <w:tcBorders>
          <w:top w:val="nil"/>
          <w:left w:val="nil"/>
          <w:bottom w:val="nil"/>
          <w:right w:val="nil"/>
          <w:insideH w:val="nil"/>
          <w:insideV w:val="nil"/>
        </w:tcBorders>
        <w:shd w:val="clear" w:color="auto" w:fill="C0C0C0" w:themeFill="text1" w:themeFillTint="3F"/>
      </w:tcPr>
    </w:tblStylePr>
    <w:tblStylePr w:type="firstCol">
      <w:rPr>
        <w:b w:val="1"/>
        <w:bCs w:val="1"/>
      </w:rPr>
    </w:tblStylePr>
    <w:tblStylePr w:type="band1Horz">
      <w:tblPr/>
      <w:tcPr>
        <w:shd w:val="clear" w:color="auto" w:fill="CCCCCC" w:themeFill="text1" w:themeFillTint="33"/>
      </w:tcPr>
    </w:tblStylePr>
    <w:tblStylePr w:type="la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style>
  <w:style w:type="table" w:styleId="00006e">
    <w:name w:val="Medium List 1 Accent 1"/>
    <w:basedOn w:val="00001a"/>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lastCol">
      <w:rPr>
        <w:b w:val="1"/>
        <w:bCs w:val="1"/>
      </w:rPr>
      <w:tblPr/>
      <w:tcPr>
        <w:tcBorders>
          <w:top w:val="single" w:color="4F81BD" w:themeColor="accent1" w:sz="8" w:space="0"/>
          <w:bottom w:val="single" w:color="4F81BD" w:themeColor="accent1" w:sz="8" w:space="0"/>
        </w:tcBorders>
      </w:tcPr>
    </w:tblStylePr>
    <w:tblStylePr w:type="band1Horz">
      <w:tblPr/>
      <w:tcPr>
        <w:shd w:val="clear" w:color="auto" w:fill="D3DFEE" w:themeFill="accent1" w:themeFillTint="3F"/>
      </w:tcPr>
    </w:tblStyle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val="1"/>
        <w:bCs w:val="1"/>
        <w:color w:val="1F497D" w:themeColor="text2"/>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firstCol">
      <w:rPr>
        <w:b w:val="1"/>
        <w:bCs w:val="1"/>
      </w:rPr>
    </w:tblStylePr>
  </w:style>
  <w:style w:type="paragraph" w:styleId="000016">
    <w:name w:val="heading 8"/>
    <w:basedOn w:val="000002"/>
    <w:next w:val="000002"/>
    <w:link w:val="000017"/>
    <w:uiPriority w:val="9"/>
    <w:semiHidden w:val="1"/>
    <w:unhideWhenUsed w:val="1"/>
    <w:qFormat w:val="1"/>
    <w:rsid w:val="00FC693F"/>
    <w:pPr>
      <w:keepNext w:val="1"/>
      <w:keepLines w:val="1"/>
      <w:spacing w:before="200" w:after="0"/>
      <w:outlineLvl w:val="7"/>
    </w:pPr>
    <w:rPr>
      <w:rFonts w:asciiTheme="majorHAnsi" w:hAnsiTheme="majorHAnsi" w:eastAsiaTheme="majorEastAsia" w:cstheme="majorBidi"/>
      <w:color w:val="4F81BD" w:themeColor="accent1"/>
      <w:sz w:val="20"/>
      <w:szCs w:val="20"/>
    </w:rPr>
  </w:style>
  <w:style w:type="table" w:styleId="000076">
    <w:name w:val="Medium List 2 Accent 2"/>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EFD3D2" w:themeFill="accent2" w:themeFillTint="3F"/>
      </w:tcPr>
    </w:tblStylePr>
    <w:tblStylePr w:type="swCell">
      <w:tblPr/>
      <w:tcPr>
        <w:tcBorders>
          <w:top w:val="nil"/>
        </w:tcBorders>
      </w:tcPr>
    </w:tblStylePr>
    <w:tblStylePr w:type="band1Vert">
      <w:tblPr/>
      <w:tcPr>
        <w:tcBorders>
          <w:left w:val="nil"/>
          <w:right w:val="nil"/>
          <w:insideH w:val="nil"/>
          <w:insideV w:val="nil"/>
        </w:tcBorders>
        <w:shd w:val="clear" w:color="auto" w:fill="EFD3D2" w:themeFill="accent2" w:themeFillTint="3F"/>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nwCell">
      <w:tblPr/>
      <w:tcPr>
        <w:shd w:val="clear" w:color="auto" w:fill="FFFFFF" w:themeFill="background1"/>
      </w:tcPr>
    </w:tblStylePr>
  </w:style>
  <w:style w:type="paragraph" w:styleId="000012">
    <w:name w:val="heading 6"/>
    <w:basedOn w:val="000002"/>
    <w:next w:val="000002"/>
    <w:link w:val="000013"/>
    <w:uiPriority w:val="9"/>
    <w:semiHidden w:val="1"/>
    <w:unhideWhenUsed w:val="1"/>
    <w:qFormat w:val="1"/>
    <w:rsid w:val="00FC693F"/>
    <w:pPr>
      <w:keepNext w:val="1"/>
      <w:keepLines w:val="1"/>
      <w:spacing w:before="200" w:after="0"/>
      <w:outlineLvl w:val="5"/>
    </w:pPr>
    <w:rPr>
      <w:rFonts w:asciiTheme="majorHAnsi" w:hAnsiTheme="majorHAnsi" w:eastAsiaTheme="majorEastAsia" w:cstheme="majorBidi"/>
      <w:i w:val="1"/>
      <w:iCs w:val="1"/>
      <w:color w:val="243F60" w:themeColor="accent1" w:themeShade="7F"/>
    </w:rPr>
  </w:style>
  <w:style w:type="character" w:styleId="00003d" w:customStyle="1">
    <w:name w:val="Quote Char"/>
    <w:basedOn w:val="000005"/>
    <w:link w:val="00003c"/>
    <w:uiPriority w:val="29"/>
    <w:rsid w:val="00FC693F"/>
    <w:rPr>
      <w:i w:val="1"/>
      <w:iCs w:val="1"/>
      <w:color w:val="000000" w:themeColor="text1"/>
    </w:rPr>
  </w:style>
  <w:style w:type="character" w:styleId="000017" w:customStyle="1">
    <w:name w:val="Heading 8 Char"/>
    <w:basedOn w:val="000005"/>
    <w:link w:val="000016"/>
    <w:uiPriority w:val="9"/>
    <w:semiHidden w:val="1"/>
    <w:rsid w:val="00FC693F"/>
    <w:rPr>
      <w:rFonts w:asciiTheme="majorHAnsi" w:hAnsiTheme="majorHAnsi" w:eastAsiaTheme="majorEastAsia" w:cstheme="majorBidi"/>
      <w:color w:val="4F81BD" w:themeColor="accent1"/>
      <w:sz w:val="20"/>
      <w:szCs w:val="20"/>
    </w:rPr>
  </w:style>
  <w:style w:type="table" w:styleId="00004b">
    <w:name w:val="Light Shading Accent 1"/>
    <w:basedOn w:val="00001a"/>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Col">
      <w:rPr>
        <w:b w:val="1"/>
        <w:bCs w:val="1"/>
      </w:rPr>
    </w:tblStylePr>
    <w:tblStylePr w:type="band1Horz">
      <w:tblPr/>
      <w:tcPr>
        <w:tcBorders>
          <w:left w:val="nil"/>
          <w:right w:val="nil"/>
          <w:insideH w:val="nil"/>
          <w:insideV w:val="nil"/>
        </w:tcBorders>
        <w:shd w:val="clear" w:color="auto" w:fill="D3DFEE" w:themeFill="accent1" w:themeFillTint="3F"/>
      </w:tcPr>
    </w:tblStylePr>
    <w:tblStylePr w:type="firstRow">
      <w:pPr>
        <w:spacing w:before="0" w:after="0" w:line="240" w:lineRule="auto"/>
      </w:pPr>
      <w:rPr>
        <w:b w:val="1"/>
        <w:bCs w:val="1"/>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val="1"/>
        <w:bCs w:val="1"/>
      </w:rPr>
      <w:tblPr/>
      <w:tcPr>
        <w:tcBorders>
          <w:top w:val="single" w:color="4F81BD" w:themeColor="accent1" w:sz="8" w:space="0"/>
          <w:left w:val="nil"/>
          <w:bottom w:val="single" w:color="4F81BD" w:themeColor="accent1" w:sz="8" w:space="0"/>
          <w:right w:val="nil"/>
          <w:insideH w:val="nil"/>
          <w:insideV w:val="nil"/>
        </w:tcBorders>
      </w:tcPr>
    </w:tblStylePr>
    <w:tblStylePr w:type="lastCol">
      <w:rPr>
        <w:b w:val="1"/>
        <w:bCs w:val="1"/>
      </w:rPr>
    </w:tblStylePr>
    <w:tblStylePr w:type="band1Vert">
      <w:tblPr/>
      <w:tcPr>
        <w:tcBorders>
          <w:left w:val="nil"/>
          <w:right w:val="nil"/>
          <w:insideH w:val="nil"/>
          <w:insideV w:val="nil"/>
        </w:tcBorders>
        <w:shd w:val="clear" w:color="auto" w:fill="D3DFEE" w:themeFill="accent1" w:themeFillTint="3F"/>
      </w:tcPr>
    </w:tblStylePr>
  </w:style>
  <w:style w:type="paragraph" w:styleId="000002" w:default="1">
    <w:name w:val="Normal"/>
    <w:qFormat w:val="1"/>
    <w:rsid w:val="00FC693F"/>
    <w:rPr>
      <w:rFonts w:ascii="Times New Roman" w:hAnsi="Times New Roman" w:eastAsia="思源黑体" w:cs="Times New Roman"/>
      <w:sz w:val="24"/>
      <w:szCs w:val="24"/>
    </w:rPr>
  </w:style>
  <w:style w:type="table" w:styleId="00008a">
    <w:name w:val="Medium Grid 3 Accent 1"/>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00004c">
    <w:name w:val="Light Shading Accent 2"/>
    <w:basedOn w:val="00001a"/>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Col">
      <w:rPr>
        <w:b w:val="1"/>
        <w:bCs w:val="1"/>
      </w:rPr>
    </w:tblStylePr>
    <w:tblStylePr w:type="firstRow">
      <w:pPr>
        <w:spacing w:before="0" w:after="0" w:line="240" w:lineRule="auto"/>
      </w:pPr>
      <w:rPr>
        <w:b w:val="1"/>
        <w:bCs w:val="1"/>
      </w:rPr>
      <w:tblPr/>
      <w:tcPr>
        <w:tcBorders>
          <w:top w:val="single" w:color="C0504D" w:themeColor="accent2" w:sz="8" w:space="0"/>
          <w:left w:val="nil"/>
          <w:bottom w:val="single" w:color="C0504D" w:themeColor="accent2" w:sz="8" w:space="0"/>
          <w:right w:val="nil"/>
          <w:insideH w:val="nil"/>
          <w:insideV w:val="nil"/>
        </w:tcBorders>
      </w:tcPr>
    </w:tblStylePr>
    <w:tblStylePr w:type="lastCol">
      <w:rPr>
        <w:b w:val="1"/>
        <w:bCs w:val="1"/>
      </w:rPr>
    </w:tblStylePr>
    <w:tblStylePr w:type="lastRow">
      <w:pPr>
        <w:spacing w:before="0" w:after="0" w:line="240" w:lineRule="auto"/>
      </w:pPr>
      <w:rPr>
        <w:b w:val="1"/>
        <w:bCs w:val="1"/>
      </w:rPr>
      <w:tblPr/>
      <w:tcPr>
        <w:tcBorders>
          <w:top w:val="single" w:color="C0504D" w:themeColor="accent2" w:sz="8" w:space="0"/>
          <w:left w:val="nil"/>
          <w:bottom w:val="single" w:color="C0504D" w:themeColor="accent2" w:sz="8" w:space="0"/>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00005f">
    <w:name w:val="Medium Shading 1"/>
    <w:basedOn w:val="00001a"/>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lastCol">
      <w:rPr>
        <w:b w:val="1"/>
        <w:bCs w:val="1"/>
      </w:rPr>
    </w:tblStylePr>
    <w:tblStylePr w:type="band1Vert">
      <w:tblPr/>
      <w:tcPr>
        <w:shd w:val="clear" w:color="auto" w:fill="C0C0C0" w:themeFill="text1" w:themeFillTint="3F"/>
      </w:tcPr>
    </w:tblStylePr>
    <w:tblStylePr w:type="band2Horz">
      <w:tblPr/>
      <w:tcPr>
        <w:tcBorders>
          <w:insideH w:val="nil"/>
          <w:insideV w:val="nil"/>
        </w:tcBorders>
      </w:tcPr>
    </w:tblStylePr>
    <w:tblStylePr w:type="band1Horz">
      <w:tblPr/>
      <w:tcPr>
        <w:tcBorders>
          <w:insideH w:val="nil"/>
          <w:insideV w:val="nil"/>
        </w:tcBorders>
        <w:shd w:val="clear" w:color="auto" w:fill="C0C0C0" w:themeFill="text1" w:themeFillTint="3F"/>
      </w:tcPr>
    </w:tblStylePr>
    <w:tblStylePr w:type="firstRow">
      <w:pPr>
        <w:spacing w:before="0" w:after="0" w:line="240" w:lineRule="auto"/>
      </w:pPr>
      <w:rPr>
        <w:b w:val="1"/>
        <w:bCs w:val="1"/>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val="1"/>
        <w:bCs w:val="1"/>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val="1"/>
        <w:bCs w:val="1"/>
      </w:rPr>
    </w:tblStylePr>
  </w:style>
  <w:style w:type="table" w:styleId="00008c">
    <w:name w:val="Medium Grid 3 Accent 3"/>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style>
  <w:style w:type="paragraph" w:styleId="000038">
    <w:name w:val="List Continue 2"/>
    <w:basedOn w:val="000002"/>
    <w:uiPriority w:val="99"/>
    <w:unhideWhenUsed w:val="1"/>
    <w:rsid w:val="0029639D"/>
    <w:pPr>
      <w:spacing w:after="120"/>
      <w:ind w:left="720"/>
      <w:contextualSpacing w:val="1"/>
    </w:pPr>
  </w:style>
  <w:style w:type="table" w:styleId="000070">
    <w:name w:val="Medium List 1 Accent 3"/>
    <w:basedOn w:val="00001a"/>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lastRow">
      <w:rPr>
        <w:b w:val="1"/>
        <w:bCs w:val="1"/>
        <w:color w:val="1F497D" w:themeColor="text2"/>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firstCol">
      <w:rPr>
        <w:b w:val="1"/>
        <w:bCs w:val="1"/>
      </w:rPr>
    </w:tblStylePr>
    <w:tblStylePr w:type="lastCol">
      <w:rPr>
        <w:b w:val="1"/>
        <w:bCs w:val="1"/>
      </w:rPr>
      <w:tblPr/>
      <w:tcPr>
        <w:tcBorders>
          <w:top w:val="single" w:color="9BBB59" w:themeColor="accent3" w:sz="8" w:space="0"/>
          <w:bottom w:val="single" w:color="9BBB59" w:themeColor="accent3" w:sz="8" w:space="0"/>
        </w:tcBorders>
      </w:tcPr>
    </w:tblStylePr>
  </w:style>
  <w:style w:type="character" w:styleId="00001e" w:customStyle="1">
    <w:name w:val="Title Char"/>
    <w:basedOn w:val="000005"/>
    <w:link w:val="00001d"/>
    <w:uiPriority w:val="10"/>
    <w:rsid w:val="00FC693F"/>
    <w:rPr>
      <w:rFonts w:asciiTheme="majorHAnsi" w:hAnsiTheme="majorHAnsi" w:eastAsiaTheme="majorEastAsia" w:cstheme="majorBidi"/>
      <w:color w:val="17365D" w:themeColor="text2" w:themeShade="BF"/>
      <w:spacing w:val="5"/>
      <w:kern w:val="28"/>
      <w:sz w:val="52"/>
      <w:szCs w:val="52"/>
    </w:rPr>
  </w:style>
  <w:style w:type="character" w:styleId="000005" w:default="1">
    <w:name w:val="Default Paragraph Font"/>
    <w:uiPriority w:val="1"/>
    <w:semiHidden w:val="1"/>
    <w:unhideWhenUsed w:val="1"/>
  </w:style>
  <w:style w:type="table" w:styleId="00006b">
    <w:name w:val="Medium Shading 2 Accent 5"/>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neCell">
      <w:tblPr/>
      <w:tcPr>
        <w:tcBorders>
          <w:top w:val="single" w:color="auto" w:sz="18" w:space="0"/>
          <w:left w:val="nil"/>
          <w:bottom w:val="single" w:color="auto" w:sz="18" w:space="0"/>
          <w:right w:val="nil"/>
          <w:insideH w:val="nil"/>
          <w:insideV w:val="nil"/>
        </w:tcBorders>
      </w:tcPr>
    </w:tblStylePr>
    <w:tblStylePr w:type="band1Vert">
      <w:tblPr/>
      <w:tcPr>
        <w:tcBorders>
          <w:left w:val="nil"/>
          <w:right w:val="nil"/>
          <w:insideH w:val="nil"/>
          <w:insideV w:val="nil"/>
        </w:tcBorders>
        <w:shd w:val="clear" w:color="auto" w:fill="D8D8D8" w:themeFill="background1" w:themeFillShade="D8"/>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band1Horz">
      <w:tblPr/>
      <w:tcPr>
        <w:shd w:val="clear" w:color="auto" w:fill="D8D8D8" w:themeFill="background1" w:themeFillShade="D8"/>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lastCol">
      <w:rPr>
        <w:b w:val="1"/>
        <w:bCs w:val="1"/>
        <w:color w:val="FFFFFF" w:themeColor="background1"/>
      </w:rPr>
      <w:tblPr/>
      <w:tcPr>
        <w:tcBorders>
          <w:left w:val="nil"/>
          <w:right w:val="nil"/>
          <w:insideH w:val="nil"/>
          <w:insideV w:val="nil"/>
        </w:tcBorders>
        <w:shd w:val="clear" w:color="auto" w:fill="4BACC6" w:themeFill="accent5"/>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style>
  <w:style w:type="paragraph" w:styleId="000041">
    <w:name w:val="Intense Quote"/>
    <w:basedOn w:val="000002"/>
    <w:next w:val="000002"/>
    <w:link w:val="000042"/>
    <w:uiPriority w:val="30"/>
    <w:qFormat w:val="1"/>
    <w:rsid w:val="00FC693F"/>
    <w:pPr>
      <w:pBdr>
        <w:bottom w:val="single" w:color="4F81BD" w:themeColor="accent1" w:sz="4" w:space="4"/>
      </w:pBdr>
      <w:spacing w:before="200" w:after="280"/>
      <w:ind w:left="936" w:right="936"/>
    </w:pPr>
    <w:rPr>
      <w:b w:val="1"/>
      <w:bCs w:val="1"/>
      <w:i w:val="1"/>
      <w:iCs w:val="1"/>
      <w:color w:val="4F81BD" w:themeColor="accent1"/>
    </w:rPr>
  </w:style>
  <w:style w:type="character" w:styleId="000045">
    <w:name w:val="Subtle Reference"/>
    <w:basedOn w:val="000005"/>
    <w:uiPriority w:val="31"/>
    <w:qFormat w:val="1"/>
    <w:rsid w:val="00FC693F"/>
    <w:rPr>
      <w:smallCaps w:val="1"/>
      <w:color w:val="C0504D" w:themeColor="accent2"/>
      <w:u w:val="single"/>
    </w:rPr>
  </w:style>
  <w:style w:type="paragraph" w:styleId="00000a">
    <w:name w:val="heading 2"/>
    <w:basedOn w:val="000002"/>
    <w:next w:val="000002"/>
    <w:link w:val="00000b"/>
    <w:uiPriority w:val="9"/>
    <w:unhideWhenUsed w:val="1"/>
    <w:qFormat w:val="1"/>
    <w:rsid w:val="00FC693F"/>
    <w:pPr>
      <w:keepNext w:val="1"/>
      <w:keepLines w:val="1"/>
      <w:spacing w:before="200" w:after="0"/>
      <w:outlineLvl w:val="1"/>
    </w:pPr>
    <w:rPr>
      <w:rFonts w:ascii="Times New Roman" w:hAnsi="Times New Roman" w:eastAsia="思源黑体" w:cs="Times New Roman" w:asciiTheme="majorHAnsi" w:hAnsiTheme="majorHAnsi" w:eastAsiaTheme="majorEastAsia" w:cstheme="majorBidi"/>
      <w:b w:val="1"/>
      <w:bCs w:val="1"/>
      <w:color w:val="4F81BD" w:themeColor="accent1"/>
      <w:sz w:val="28"/>
      <w:szCs w:val="28"/>
    </w:rPr>
  </w:style>
  <w:style w:type="table" w:styleId="000067">
    <w:name w:val="Medium Shading 2 Accent 1"/>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neCell">
      <w:tblPr/>
      <w:tcPr>
        <w:tcBorders>
          <w:top w:val="single" w:color="auto" w:sz="18" w:space="0"/>
          <w:left w:val="nil"/>
          <w:bottom w:val="single" w:color="auto" w:sz="18" w:space="0"/>
          <w:right w:val="nil"/>
          <w:insideH w:val="nil"/>
          <w:insideV w:val="nil"/>
        </w:tcBorders>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lastCol">
      <w:rPr>
        <w:b w:val="1"/>
        <w:bCs w:val="1"/>
        <w:color w:val="FFFFFF" w:themeColor="background1"/>
      </w:rPr>
      <w:tblPr/>
      <w:tcPr>
        <w:tcBorders>
          <w:left w:val="nil"/>
          <w:right w:val="nil"/>
          <w:insideH w:val="nil"/>
          <w:insideV w:val="nil"/>
        </w:tcBorders>
        <w:shd w:val="clear" w:color="auto" w:fill="4F81BD" w:themeFill="accent1"/>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table" w:styleId="0000a9">
    <w:name w:val="Colorful Grid Accent 4"/>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lastRow">
      <w:rPr>
        <w:b w:val="1"/>
        <w:bCs w:val="1"/>
        <w:color w:val="000000" w:themeColor="text1"/>
      </w:rPr>
      <w:tblPr/>
      <w:tcPr>
        <w:shd w:val="clear" w:color="auto" w:fill="CCC0D9" w:themeFill="accent4" w:themeFillTint="66"/>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firstCol">
      <w:rPr>
        <w:color w:val="FFFFFF" w:themeColor="background1"/>
      </w:rPr>
      <w:tblPr/>
      <w:tcPr>
        <w:shd w:val="clear" w:color="auto" w:fill="5F497A" w:themeFill="accent4" w:themeFillShade="BF"/>
      </w:tcPr>
    </w:tblStylePr>
    <w:tblStylePr w:type="firstRow">
      <w:rPr>
        <w:b w:val="1"/>
        <w:bCs w:val="1"/>
      </w:rPr>
      <w:tblPr/>
      <w:tcPr>
        <w:shd w:val="clear" w:color="auto" w:fill="CCC0D9" w:themeFill="accent4" w:themeFillTint="66"/>
      </w:tcPr>
    </w:tblStylePr>
    <w:tblStylePr w:type="band1Horz">
      <w:tblPr/>
      <w:tcPr>
        <w:shd w:val="clear" w:color="auto" w:fill="BFB1D0" w:themeFill="accent4" w:themeFillTint="7F"/>
      </w:tcPr>
    </w:tblStylePr>
  </w:style>
  <w:style w:type="table" w:styleId="000071">
    <w:name w:val="Medium List 1 Accent 4"/>
    <w:basedOn w:val="00001a"/>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band1Vert">
      <w:tblPr/>
      <w:tcPr>
        <w:shd w:val="clear" w:color="auto" w:fill="DFD8E8" w:themeFill="accent4" w:themeFillTint="3F"/>
      </w:tcPr>
    </w:tblStylePr>
    <w:tblStylePr w:type="band1Horz">
      <w:tblPr/>
      <w:tcPr>
        <w:shd w:val="clear" w:color="auto" w:fill="DFD8E8" w:themeFill="accent4" w:themeFillTint="3F"/>
      </w:tcPr>
    </w:tblStyle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firstCol">
      <w:rPr>
        <w:b w:val="1"/>
        <w:bCs w:val="1"/>
      </w:rPr>
    </w:tblStylePr>
    <w:tblStylePr w:type="lastCol">
      <w:rPr>
        <w:b w:val="1"/>
        <w:bCs w:val="1"/>
      </w:rPr>
      <w:tblPr/>
      <w:tcPr>
        <w:tcBorders>
          <w:top w:val="single" w:color="8064A2" w:themeColor="accent4" w:sz="8" w:space="0"/>
          <w:bottom w:val="single" w:color="8064A2" w:themeColor="accent4" w:sz="8" w:space="0"/>
        </w:tcBorders>
      </w:tcPr>
    </w:tblStylePr>
    <w:tblStylePr w:type="lastRow">
      <w:rPr>
        <w:b w:val="1"/>
        <w:bCs w:val="1"/>
        <w:color w:val="1F497D" w:themeColor="text2"/>
      </w:rPr>
      <w:tblPr/>
      <w:tcPr>
        <w:tcBorders>
          <w:top w:val="single" w:color="8064A2" w:themeColor="accent4" w:sz="8" w:space="0"/>
          <w:bottom w:val="single" w:color="8064A2" w:themeColor="accent4" w:sz="8" w:space="0"/>
        </w:tcBorders>
      </w:tcPr>
    </w:tblStylePr>
  </w:style>
  <w:style w:type="paragraph" w:styleId="000030">
    <w:name w:val="List Bullet 3"/>
    <w:basedOn w:val="000002"/>
    <w:uiPriority w:val="99"/>
    <w:unhideWhenUsed w:val="1"/>
    <w:rsid w:val="00326F90"/>
    <w:pPr>
      <w:numPr>
        <w:numId w:val="1"/>
      </w:numPr>
      <w:contextualSpacing w:val="1"/>
    </w:pPr>
  </w:style>
  <w:style w:type="table" w:styleId="0000a2">
    <w:name w:val="Colorful List Accent 4"/>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band1Horz">
      <w:tblPr/>
      <w:tcPr>
        <w:shd w:val="clear" w:color="auto" w:fill="E5DFEC" w:themeFill="accent4" w:themeFillTint="33"/>
      </w:tcPr>
    </w:tblStylePr>
    <w:tblStylePr w:type="lastRow">
      <w:rPr>
        <w:b w:val="1"/>
        <w:bCs w:val="1"/>
        <w:color w:val="7E9C40" w:themeColor="accent3" w:themeShade="CC"/>
      </w:rPr>
      <w:tblPr/>
      <w:tcPr>
        <w:tcBorders>
          <w:top w:val="single" w:color="000000" w:themeColor="text1" w:sz="12" w:space="0"/>
        </w:tcBorders>
        <w:shd w:val="clear" w:color="auto" w:fill="FFFFFF" w:themeFill="background1"/>
      </w:tcPr>
    </w:tblStylePr>
    <w:tblStylePr w:type="lastCol">
      <w:rPr>
        <w:b w:val="1"/>
        <w:bCs w:val="1"/>
      </w:rPr>
    </w:tblStylePr>
    <w:tblStylePr w:type="firstCol">
      <w:rPr>
        <w:b w:val="1"/>
        <w:bCs w:val="1"/>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firstRow">
      <w:rPr>
        <w:b w:val="1"/>
        <w:bCs w:val="1"/>
        <w:color w:val="FFFFFF" w:themeColor="background1"/>
      </w:rPr>
      <w:tblPr/>
      <w:tcPr>
        <w:tcBorders>
          <w:bottom w:val="single" w:color="FFFFFF" w:themeColor="background1" w:sz="12" w:space="0"/>
        </w:tcBorders>
        <w:shd w:val="clear" w:color="auto" w:fill="7E9C40" w:themeFill="accent3" w:themeFillShade="CC"/>
      </w:tcPr>
    </w:tblStylePr>
  </w:style>
  <w:style w:type="table" w:styleId="00009b">
    <w:name w:val="Colorful Shading Accent 4"/>
    <w:basedOn w:val="00001a"/>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band1Horz">
      <w:tblPr/>
      <w:tcPr>
        <w:shd w:val="clear" w:color="auto" w:fill="BFB1D0" w:themeFill="accent4" w:themeFillTint="7F"/>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band1Vert">
      <w:tblPr/>
      <w:tcPr>
        <w:shd w:val="clear" w:color="auto" w:fill="CCC0D9" w:themeFill="accent4" w:themeFillTint="66"/>
      </w:tcPr>
    </w:tblStylePr>
    <w:tblStylePr w:type="firstRow">
      <w:rPr>
        <w:b w:val="1"/>
        <w:bCs w:val="1"/>
      </w:rPr>
      <w:tblPr/>
      <w:tcPr>
        <w:tcBorders>
          <w:top w:val="nil"/>
          <w:left w:val="nil"/>
          <w:bottom w:val="single" w:color="9BBB59" w:themeColor="accent3" w:sz="24" w:space="0"/>
          <w:right w:val="nil"/>
          <w:insideH w:val="nil"/>
          <w:insideV w:val="nil"/>
        </w:tcBorders>
        <w:shd w:val="clear" w:color="auto" w:fill="FFFFFF" w:themeFill="background1"/>
      </w:tcPr>
    </w:tblStylePr>
    <w:tblStylePr w:type="nwCell">
      <w:rPr>
        <w:color w:val="000000" w:themeColor="text1"/>
      </w:r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lastRow">
      <w:rPr>
        <w:b w:val="1"/>
        <w:bCs w:val="1"/>
        <w:color w:val="FFFFFF" w:themeColor="background1"/>
      </w:rPr>
      <w:tblPr/>
      <w:tcPr>
        <w:tcBorders>
          <w:top w:val="single" w:color="FFFFFF" w:themeColor="background1" w:sz="6" w:space="0"/>
        </w:tcBorders>
        <w:shd w:val="clear" w:color="auto" w:fill="4C3B62" w:themeFill="accent4" w:themeFillShade="99"/>
      </w:tcPr>
    </w:tblStylePr>
    <w:tblStylePr w:type="neCell">
      <w:rPr>
        <w:color w:val="000000" w:themeColor="text1"/>
      </w:rPr>
    </w:tblStylePr>
  </w:style>
  <w:style w:type="character" w:styleId="00003b" w:customStyle="1">
    <w:name w:val="Macro Text Char"/>
    <w:basedOn w:val="000005"/>
    <w:link w:val="00003a"/>
    <w:uiPriority w:val="99"/>
    <w:rsid w:val="0029639D"/>
    <w:rPr>
      <w:rFonts w:ascii="Courier" w:hAnsi="Courier"/>
      <w:sz w:val="20"/>
      <w:szCs w:val="20"/>
    </w:rPr>
  </w:style>
  <w:style w:type="paragraph" w:styleId="000032">
    <w:name w:val="List Number"/>
    <w:basedOn w:val="000002"/>
    <w:uiPriority w:val="99"/>
    <w:unhideWhenUsed w:val="1"/>
    <w:rsid w:val="00326F90"/>
    <w:pPr>
      <w:numPr>
        <w:numId w:val="2"/>
      </w:numPr>
      <w:contextualSpacing w:val="1"/>
    </w:pPr>
  </w:style>
  <w:style w:type="table" w:styleId="000054">
    <w:name w:val="Light List Accent 3"/>
    <w:basedOn w:val="00001a"/>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lastRow">
      <w:pPr>
        <w:spacing w:before="0" w:after="0" w:line="240" w:lineRule="auto"/>
      </w:pPr>
      <w:rPr>
        <w:b w:val="1"/>
        <w:bCs w:val="1"/>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Row">
      <w:pPr>
        <w:spacing w:before="0" w:after="0" w:line="240" w:lineRule="auto"/>
      </w:pPr>
      <w:rPr>
        <w:b w:val="1"/>
        <w:bCs w:val="1"/>
        <w:color w:val="FFFFFF" w:themeColor="background1"/>
      </w:rPr>
      <w:tblPr/>
      <w:tcPr>
        <w:shd w:val="clear" w:color="auto" w:fill="9BBB59" w:themeFill="accent3"/>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Col">
      <w:rPr>
        <w:b w:val="1"/>
        <w:bCs w:val="1"/>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firstCol">
      <w:rPr>
        <w:b w:val="1"/>
        <w:bCs w:val="1"/>
      </w:rPr>
    </w:tblStylePr>
  </w:style>
  <w:style w:type="paragraph" w:styleId="000034">
    <w:name w:val="List Number 2"/>
    <w:basedOn w:val="000002"/>
    <w:uiPriority w:val="99"/>
    <w:unhideWhenUsed w:val="1"/>
    <w:rsid w:val="0029639D"/>
    <w:pPr>
      <w:numPr>
        <w:numId w:val="3"/>
      </w:numPr>
      <w:contextualSpacing w:val="1"/>
    </w:pPr>
  </w:style>
  <w:style w:type="table" w:styleId="000059">
    <w:name w:val="Light Grid Accent 1"/>
    <w:basedOn w:val="00001a"/>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tblStylePr w:type="lastCol">
      <w:rPr>
        <w:rFonts w:asciiTheme="majorHAnsi" w:hAnsiTheme="majorHAnsi" w:eastAsiaTheme="majorEastAsia" w:cstheme="majorBidi"/>
        <w:b w:val="1"/>
        <w:bCs w:val="1"/>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style>
  <w:style w:type="paragraph" w:styleId="000022">
    <w:name w:val="Body Text"/>
    <w:basedOn w:val="000002"/>
    <w:link w:val="000023"/>
    <w:uiPriority w:val="99"/>
    <w:unhideWhenUsed w:val="1"/>
    <w:rsid w:val="00AA1D8D"/>
    <w:pPr>
      <w:spacing w:after="120"/>
    </w:pPr>
  </w:style>
  <w:style w:type="paragraph" w:styleId="00003c">
    <w:name w:val="Quote"/>
    <w:basedOn w:val="000002"/>
    <w:next w:val="000002"/>
    <w:link w:val="00003d"/>
    <w:uiPriority w:val="29"/>
    <w:qFormat w:val="1"/>
    <w:rsid w:val="00FC693F"/>
    <w:rPr>
      <w:i w:val="1"/>
      <w:iCs w:val="1"/>
      <w:color w:val="000000" w:themeColor="text1"/>
    </w:rPr>
  </w:style>
  <w:style w:type="table" w:styleId="000065">
    <w:name w:val="Medium Shading 1 Accent 6"/>
    <w:basedOn w:val="00001a"/>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lastCol">
      <w:rPr>
        <w:b w:val="1"/>
        <w:bCs w:val="1"/>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firstCol">
      <w:rPr>
        <w:b w:val="1"/>
        <w:bCs w:val="1"/>
      </w:rPr>
    </w:tblStylePr>
    <w:tblStylePr w:type="firstRow">
      <w:pPr>
        <w:spacing w:before="0" w:after="0" w:line="240" w:lineRule="auto"/>
      </w:pPr>
      <w:rPr>
        <w:b w:val="1"/>
        <w:bCs w:val="1"/>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val="1"/>
        <w:bCs w:val="1"/>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band2Horz">
      <w:tblPr/>
      <w:tcPr>
        <w:tcBorders>
          <w:insideH w:val="nil"/>
          <w:insideV w:val="nil"/>
        </w:tcBorders>
      </w:tcPr>
    </w:tblStylePr>
  </w:style>
  <w:style w:type="table" w:styleId="000072">
    <w:name w:val="Medium List 1 Accent 5"/>
    <w:basedOn w:val="00001a"/>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band1Horz">
      <w:tblPr/>
      <w:tcPr>
        <w:shd w:val="clear" w:color="auto" w:fill="D2EAF1" w:themeFill="accent5" w:themeFillTint="3F"/>
      </w:tcPr>
    </w:tblStylePr>
    <w:tblStylePr w:type="lastRow">
      <w:rPr>
        <w:b w:val="1"/>
        <w:bCs w:val="1"/>
        <w:color w:val="1F497D" w:themeColor="text2"/>
      </w:rPr>
      <w:tblPr/>
      <w:tcPr>
        <w:tcBorders>
          <w:top w:val="single" w:color="4BACC6" w:themeColor="accent5" w:sz="8" w:space="0"/>
          <w:bottom w:val="single" w:color="4BACC6" w:themeColor="accent5" w:sz="8" w:space="0"/>
        </w:tcBorders>
      </w:tcPr>
    </w:tblStylePr>
    <w:tblStylePr w:type="firstCol">
      <w:rPr>
        <w:b w:val="1"/>
        <w:bCs w:val="1"/>
      </w:rPr>
    </w:tblStylePr>
    <w:tblStylePr w:type="band1Vert">
      <w:tblPr/>
      <w:tcPr>
        <w:shd w:val="clear" w:color="auto" w:fill="D2EAF1" w:themeFill="accent5" w:themeFillTint="3F"/>
      </w:tcPr>
    </w:tblStylePr>
    <w:tblStylePr w:type="lastCol">
      <w:rPr>
        <w:b w:val="1"/>
        <w:bCs w:val="1"/>
      </w:rPr>
      <w:tblPr/>
      <w:tcPr>
        <w:tcBorders>
          <w:top w:val="single" w:color="4BACC6" w:themeColor="accent5" w:sz="8" w:space="0"/>
          <w:bottom w:val="single" w:color="4BACC6" w:themeColor="accent5" w:sz="8" w:space="0"/>
        </w:tcBorders>
      </w:tcPr>
    </w:tblStylePr>
  </w:style>
  <w:style w:type="table" w:styleId="000083">
    <w:name w:val="Medium Grid 2 Accent 1"/>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val="1"/>
        <w:bCs w:val="1"/>
        <w:color w:val="000000" w:themeColor="text1"/>
      </w:rPr>
      <w:tblPr/>
      <w:tcPr>
        <w:shd w:val="clear" w:color="auto" w:fill="EDF2F8" w:themeFill="accent1" w:themeFillTint="19"/>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nwCell">
      <w:tblPr/>
      <w:tcPr>
        <w:shd w:val="clear" w:color="auto" w:fill="FFFFFF" w:themeFill="background1"/>
      </w:tcPr>
    </w:tblStylePr>
    <w:tblStylePr w:type="band1Vert">
      <w:tblPr/>
      <w:tcPr>
        <w:shd w:val="clear" w:color="auto" w:fill="A7BFDE" w:themeFill="accent1" w:themeFillTint="7F"/>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style>
  <w:style w:type="paragraph" w:styleId="000026">
    <w:name w:val="Body Text 3"/>
    <w:basedOn w:val="000002"/>
    <w:link w:val="000027"/>
    <w:uiPriority w:val="99"/>
    <w:unhideWhenUsed w:val="1"/>
    <w:rsid w:val="00AA1D8D"/>
    <w:pPr>
      <w:spacing w:after="120"/>
    </w:pPr>
    <w:rPr>
      <w:sz w:val="16"/>
      <w:szCs w:val="16"/>
    </w:rPr>
  </w:style>
  <w:style w:type="table" w:styleId="000057">
    <w:name w:val="Light List Accent 6"/>
    <w:basedOn w:val="00001a"/>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Col">
      <w:rPr>
        <w:b w:val="1"/>
        <w:bCs w:val="1"/>
      </w:r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firstRow">
      <w:pPr>
        <w:spacing w:before="0" w:after="0" w:line="240" w:lineRule="auto"/>
      </w:pPr>
      <w:rPr>
        <w:b w:val="1"/>
        <w:bCs w:val="1"/>
        <w:color w:val="FFFFFF" w:themeColor="background1"/>
      </w:rPr>
      <w:tblPr/>
      <w:tcPr>
        <w:shd w:val="clear" w:color="auto" w:fill="F79646" w:themeFill="accent6"/>
      </w:tcPr>
    </w:tblStylePr>
    <w:tblStylePr w:type="lastRow">
      <w:pPr>
        <w:spacing w:before="0" w:after="0" w:line="240" w:lineRule="auto"/>
      </w:pPr>
      <w:rPr>
        <w:b w:val="1"/>
        <w:bCs w:val="1"/>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Col">
      <w:rPr>
        <w:b w:val="1"/>
        <w:bCs w:val="1"/>
      </w:rPr>
    </w:tblStylePr>
  </w:style>
  <w:style w:type="paragraph" w:styleId="00002e">
    <w:name w:val="List Bullet 2"/>
    <w:basedOn w:val="000002"/>
    <w:uiPriority w:val="99"/>
    <w:unhideWhenUsed w:val="1"/>
    <w:rsid w:val="00326F90"/>
    <w:pPr>
      <w:numPr>
        <w:numId w:val="4"/>
      </w:numPr>
      <w:contextualSpacing w:val="1"/>
    </w:pPr>
  </w:style>
  <w:style w:type="table" w:styleId="00005a">
    <w:name w:val="Light Grid Accent 2"/>
    <w:basedOn w:val="00001a"/>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lastCol">
      <w:rPr>
        <w:rFonts w:asciiTheme="majorHAnsi" w:hAnsiTheme="majorHAnsi" w:eastAsiaTheme="majorEastAsia" w:cstheme="majorBidi"/>
        <w:b w:val="1"/>
        <w:bCs w:val="1"/>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style>
  <w:style w:type="paragraph" w:styleId="000036">
    <w:name w:val="List Number 3"/>
    <w:basedOn w:val="000002"/>
    <w:uiPriority w:val="99"/>
    <w:unhideWhenUsed w:val="1"/>
    <w:rsid w:val="0029639D"/>
    <w:pPr>
      <w:numPr>
        <w:numId w:val="5"/>
      </w:numPr>
      <w:contextualSpacing w:val="1"/>
    </w:pPr>
  </w:style>
  <w:style w:type="table" w:styleId="00008b">
    <w:name w:val="Medium Grid 3 Accent 2"/>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character" w:styleId="000019" w:customStyle="1">
    <w:name w:val="Heading 9 Char"/>
    <w:basedOn w:val="000005"/>
    <w:link w:val="000018"/>
    <w:uiPriority w:val="9"/>
    <w:semiHidden w:val="1"/>
    <w:rsid w:val="00FC693F"/>
    <w:rPr>
      <w:rFonts w:asciiTheme="majorHAnsi" w:hAnsiTheme="majorHAnsi" w:eastAsiaTheme="majorEastAsia" w:cstheme="majorBidi"/>
      <w:i w:val="1"/>
      <w:iCs w:val="1"/>
      <w:color w:val="404040" w:themeColor="text1" w:themeTint="BF"/>
      <w:sz w:val="20"/>
      <w:szCs w:val="20"/>
    </w:rPr>
  </w:style>
  <w:style w:type="table" w:styleId="000097">
    <w:name w:val="Colorful Shading"/>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band1Horz">
      <w:tblPr/>
      <w:tcPr>
        <w:shd w:val="clear" w:color="auto" w:fill="808080" w:themeFill="text1" w:themeFillTint="7F"/>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neCell">
      <w:rPr>
        <w:color w:val="000000" w:themeColor="text1"/>
      </w:r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val="1"/>
        <w:bCs w:val="1"/>
        <w:color w:val="FFFFFF" w:themeColor="background1"/>
      </w:rPr>
      <w:tblPr/>
      <w:tcPr>
        <w:tcBorders>
          <w:top w:val="single" w:color="FFFFFF" w:themeColor="background1" w:sz="6" w:space="0"/>
        </w:tcBorders>
        <w:shd w:val="clear" w:color="auto" w:fill="000000" w:themeFill="text1" w:themeFillShade="99"/>
      </w:tcPr>
    </w:tblStylePr>
    <w:tblStylePr w:type="nwCell">
      <w:rPr>
        <w:color w:val="000000" w:themeColor="text1"/>
      </w:r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style>
  <w:style w:type="paragraph" w:styleId="000029">
    <w:name w:val="List 2"/>
    <w:basedOn w:val="000002"/>
    <w:uiPriority w:val="99"/>
    <w:unhideWhenUsed w:val="1"/>
    <w:rsid w:val="00326F90"/>
    <w:pPr>
      <w:ind w:left="720" w:hanging="360"/>
      <w:contextualSpacing w:val="1"/>
    </w:pPr>
  </w:style>
  <w:style w:type="table" w:styleId="0000a0">
    <w:name w:val="Colorful List Accent 2"/>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la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tblStylePr w:type="firstCol">
      <w:rPr>
        <w:b w:val="1"/>
        <w:bCs w:val="1"/>
      </w:rPr>
    </w:tblStyle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000066">
    <w:name w:val="Medium Shading 2"/>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lastCol">
      <w:rPr>
        <w:b w:val="1"/>
        <w:bCs w:val="1"/>
        <w:color w:val="FFFFFF" w:themeColor="background1"/>
      </w:rPr>
      <w:tblPr/>
      <w:tcPr>
        <w:tcBorders>
          <w:left w:val="nil"/>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band1Horz">
      <w:tblPr/>
      <w:tcPr>
        <w:shd w:val="clear" w:color="auto" w:fill="D8D8D8" w:themeFill="background1" w:themeFillShade="D8"/>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style>
  <w:style w:type="table" w:styleId="0000aa">
    <w:name w:val="Colorful Grid Accent 5"/>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band1Horz">
      <w:tblPr/>
      <w:tcPr>
        <w:shd w:val="clear" w:color="auto" w:fill="A5D5E2" w:themeFill="accent5" w:themeFillTint="7F"/>
      </w:tcPr>
    </w:tblStylePr>
    <w:tblStylePr w:type="firstRow">
      <w:rPr>
        <w:b w:val="1"/>
        <w:bCs w:val="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Row">
      <w:rPr>
        <w:b w:val="1"/>
        <w:bCs w:val="1"/>
        <w:color w:val="000000" w:themeColor="text1"/>
      </w:rPr>
      <w:tblPr/>
      <w:tcPr>
        <w:shd w:val="clear" w:color="auto" w:fill="B6DDE8" w:themeFill="accent5" w:themeFillTint="66"/>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style>
  <w:style w:type="table" w:styleId="000085">
    <w:name w:val="Medium Grid 2 Accent 3"/>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tblStylePr w:type="band1Vert">
      <w:tblPr/>
      <w:tcPr>
        <w:shd w:val="clear" w:color="auto" w:fill="CDDDAC" w:themeFill="accent3" w:themeFillTint="7F"/>
      </w:tcPr>
    </w:tblStylePr>
    <w:tblStylePr w:type="firstRow">
      <w:rPr>
        <w:b w:val="1"/>
        <w:bCs w:val="1"/>
        <w:color w:val="000000" w:themeColor="text1"/>
      </w:rPr>
      <w:tblPr/>
      <w:tcPr>
        <w:shd w:val="clear" w:color="auto" w:fill="F5F8EE" w:themeFill="accent3" w:themeFillTint="19"/>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style>
  <w:style w:type="table" w:styleId="000099">
    <w:name w:val="Colorful Shading Accent 2"/>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nw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Horz">
      <w:tblPr/>
      <w:tcPr>
        <w:shd w:val="clear" w:color="auto" w:fill="DFA7A6" w:themeFill="accent2" w:themeFillTint="7F"/>
      </w:tcPr>
    </w:tblStylePr>
    <w:tblStylePr w:type="band1Vert">
      <w:tblPr/>
      <w:tcPr>
        <w:shd w:val="clear" w:color="auto" w:fill="E5B8B7" w:themeFill="accent2" w:themeFillTint="66"/>
      </w:tcPr>
    </w:tblStylePr>
    <w:tblStylePr w:type="neCell">
      <w:rPr>
        <w:color w:val="000000" w:themeColor="text1"/>
      </w:r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style>
  <w:style w:type="paragraph" w:styleId="00000c">
    <w:name w:val="heading 3"/>
    <w:basedOn w:val="000002"/>
    <w:next w:val="000002"/>
    <w:link w:val="00000d"/>
    <w:uiPriority w:val="9"/>
    <w:unhideWhenUsed w:val="1"/>
    <w:qFormat w:val="1"/>
    <w:rsid w:val="00FC693F"/>
    <w:pPr>
      <w:keepNext w:val="1"/>
      <w:keepLines w:val="1"/>
      <w:spacing w:before="200" w:after="0"/>
      <w:outlineLvl w:val="2"/>
    </w:pPr>
    <w:rPr>
      <w:rFonts w:ascii="Times New Roman" w:hAnsi="Times New Roman" w:eastAsia="思源黑体" w:cs="Times New Roman" w:asciiTheme="majorHAnsi" w:hAnsiTheme="majorHAnsi" w:eastAsiaTheme="majorEastAsia" w:cstheme="majorBidi"/>
      <w:b w:val="1"/>
      <w:bCs w:val="1"/>
      <w:color w:val="4F81BD" w:themeColor="accent1"/>
      <w:sz w:val="26"/>
      <w:szCs w:val="26"/>
    </w:rPr>
  </w:style>
  <w:style w:type="paragraph" w:styleId="000039">
    <w:name w:val="List Continue 3"/>
    <w:basedOn w:val="000002"/>
    <w:uiPriority w:val="99"/>
    <w:unhideWhenUsed w:val="1"/>
    <w:rsid w:val="0029639D"/>
    <w:pPr>
      <w:spacing w:after="120"/>
      <w:ind w:left="1080"/>
      <w:contextualSpacing w:val="1"/>
    </w:pPr>
  </w:style>
  <w:style w:type="table" w:styleId="000080">
    <w:name w:val="Medium Grid 1 Accent 5"/>
    <w:basedOn w:val="00001a"/>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lastRow">
      <w:rPr>
        <w:b w:val="1"/>
        <w:bCs w:val="1"/>
      </w:rPr>
      <w:tblPr/>
      <w:tcPr>
        <w:tcBorders>
          <w:top w:val="single" w:color="78C0D4" w:themeColor="accent5" w:themeTint="BF" w:sz="18" w:space="0"/>
        </w:tcBorders>
      </w:tcPr>
    </w:tblStylePr>
    <w:tblStylePr w:type="band1Horz">
      <w:tblPr/>
      <w:tcPr>
        <w:shd w:val="clear" w:color="auto" w:fill="A5D5E2" w:themeFill="accent5" w:themeFillTint="7F"/>
      </w:tcPr>
    </w:tblStylePr>
    <w:tblStylePr w:type="lastCol">
      <w:rPr>
        <w:b w:val="1"/>
        <w:bCs w:val="1"/>
      </w:rPr>
    </w:tblStylePr>
    <w:tblStylePr w:type="band1Vert">
      <w:tblPr/>
      <w:tcPr>
        <w:shd w:val="clear" w:color="auto" w:fill="A5D5E2" w:themeFill="accent5" w:themeFillTint="7F"/>
      </w:tcPr>
    </w:tblStylePr>
    <w:tblStylePr w:type="firstRow">
      <w:rPr>
        <w:b w:val="1"/>
        <w:bCs w:val="1"/>
      </w:rPr>
    </w:tblStylePr>
    <w:tblStylePr w:type="firstCol">
      <w:rPr>
        <w:b w:val="1"/>
        <w:bCs w:val="1"/>
      </w:rPr>
    </w:tblStylePr>
  </w:style>
  <w:style w:type="character" w:styleId="000015" w:customStyle="1">
    <w:name w:val="Heading 7 Char"/>
    <w:basedOn w:val="000005"/>
    <w:link w:val="000014"/>
    <w:uiPriority w:val="9"/>
    <w:semiHidden w:val="1"/>
    <w:rsid w:val="00FC693F"/>
    <w:rPr>
      <w:rFonts w:asciiTheme="majorHAnsi" w:hAnsiTheme="majorHAnsi" w:eastAsiaTheme="majorEastAsia" w:cstheme="majorBidi"/>
      <w:i w:val="1"/>
      <w:iCs w:val="1"/>
      <w:color w:val="404040" w:themeColor="text1" w:themeTint="BF"/>
    </w:rPr>
  </w:style>
  <w:style w:type="table" w:styleId="00005e">
    <w:name w:val="Light Grid Accent 6"/>
    <w:basedOn w:val="00001a"/>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Col">
      <w:rPr>
        <w:rFonts w:asciiTheme="majorHAnsi" w:hAnsiTheme="majorHAnsi" w:eastAsiaTheme="majorEastAsia" w:cstheme="majorBidi"/>
        <w:b w:val="1"/>
        <w:bCs w:val="1"/>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lastCol">
      <w:rPr>
        <w:rFonts w:asciiTheme="majorHAnsi" w:hAnsiTheme="majorHAnsi" w:eastAsiaTheme="majorEastAsia" w:cstheme="majorBidi"/>
        <w:b w:val="1"/>
        <w:bCs w:val="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lastRow">
      <w:pPr>
        <w:spacing w:before="0" w:after="0" w:line="240" w:lineRule="auto"/>
      </w:pPr>
      <w:rPr>
        <w:rFonts w:asciiTheme="majorHAnsi" w:hAnsiTheme="majorHAnsi" w:eastAsiaTheme="majorEastAsia" w:cstheme="majorBidi"/>
        <w:b w:val="1"/>
        <w:bCs w:val="1"/>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paragraph" w:styleId="000021">
    <w:name w:val="List Paragraph"/>
    <w:basedOn w:val="000002"/>
    <w:uiPriority w:val="34"/>
    <w:qFormat w:val="1"/>
    <w:rsid w:val="00FC693F"/>
    <w:pPr>
      <w:ind w:left="720"/>
      <w:contextualSpacing w:val="1"/>
    </w:pPr>
  </w:style>
  <w:style w:type="table" w:styleId="000069">
    <w:name w:val="Medium Shading 2 Accent 3"/>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lastCol">
      <w:rPr>
        <w:b w:val="1"/>
        <w:bCs w:val="1"/>
        <w:color w:val="FFFFFF" w:themeColor="background1"/>
      </w:rPr>
      <w:tblPr/>
      <w:tcPr>
        <w:tcBorders>
          <w:left w:val="nil"/>
          <w:right w:val="nil"/>
          <w:insideH w:val="nil"/>
          <w:insideV w:val="nil"/>
        </w:tcBorders>
        <w:shd w:val="clear" w:color="auto" w:fill="9BBB59" w:themeFill="accent3"/>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neCell">
      <w:tblPr/>
      <w:tcPr>
        <w:tcBorders>
          <w:top w:val="single" w:color="auto" w:sz="18" w:space="0"/>
          <w:left w:val="nil"/>
          <w:bottom w:val="single" w:color="auto" w:sz="18" w:space="0"/>
          <w:right w:val="nil"/>
          <w:insideH w:val="nil"/>
          <w:insideV w:val="nil"/>
        </w:tcBorders>
      </w:tcPr>
    </w:tblStylePr>
    <w:tblStylePr w:type="band1Horz">
      <w:tblPr/>
      <w:tcPr>
        <w:shd w:val="clear" w:color="auto" w:fill="D8D8D8" w:themeFill="background1" w:themeFillShade="D8"/>
      </w:tcPr>
    </w:tblStylePr>
    <w:tblStylePr w:type="band1Vert">
      <w:tblPr/>
      <w:tcPr>
        <w:tcBorders>
          <w:left w:val="nil"/>
          <w:right w:val="nil"/>
          <w:insideH w:val="nil"/>
          <w:insideV w:val="nil"/>
        </w:tcBorders>
        <w:shd w:val="clear" w:color="auto" w:fill="D8D8D8" w:themeFill="background1" w:themeFillShade="D8"/>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00003e">
    <w:name w:val="caption"/>
    <w:basedOn w:val="000002"/>
    <w:next w:val="000002"/>
    <w:uiPriority w:val="35"/>
    <w:semiHidden w:val="1"/>
    <w:unhideWhenUsed w:val="1"/>
    <w:qFormat w:val="1"/>
    <w:rsid w:val="00FC693F"/>
    <w:pPr>
      <w:spacing w:line="240" w:lineRule="auto"/>
    </w:pPr>
    <w:rPr>
      <w:b w:val="1"/>
      <w:bCs w:val="1"/>
      <w:color w:val="4F81BD" w:themeColor="accent1"/>
      <w:sz w:val="18"/>
      <w:szCs w:val="18"/>
    </w:rPr>
  </w:style>
  <w:style w:type="table" w:styleId="00004f">
    <w:name w:val="Light Shading Accent 5"/>
    <w:basedOn w:val="00001a"/>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val="1"/>
        <w:bCs w:val="1"/>
      </w:rPr>
      <w:tblPr/>
      <w:tcPr>
        <w:tcBorders>
          <w:top w:val="single" w:color="4BACC6" w:themeColor="accent5" w:sz="8" w:space="0"/>
          <w:left w:val="nil"/>
          <w:bottom w:val="single" w:color="4BACC6" w:themeColor="accent5" w:sz="8" w:space="0"/>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tblStylePr w:type="firstCol">
      <w:rPr>
        <w:b w:val="1"/>
        <w:bCs w:val="1"/>
      </w:rPr>
    </w:tblStylePr>
    <w:tblStylePr w:type="lastRow">
      <w:pPr>
        <w:spacing w:before="0" w:after="0" w:line="240" w:lineRule="auto"/>
      </w:pPr>
      <w:rPr>
        <w:b w:val="1"/>
        <w:bCs w:val="1"/>
      </w:rPr>
      <w:tblPr/>
      <w:tcPr>
        <w:tcBorders>
          <w:top w:val="single" w:color="4BACC6" w:themeColor="accent5" w:sz="8" w:space="0"/>
          <w:left w:val="nil"/>
          <w:bottom w:val="single" w:color="4BACC6" w:themeColor="accent5" w:sz="8" w:space="0"/>
          <w:right w:val="nil"/>
          <w:insideH w:val="nil"/>
          <w:insideV w:val="nil"/>
        </w:tcBorders>
      </w:tcPr>
    </w:tblStylePr>
    <w:tblStylePr w:type="lastCol">
      <w:rPr>
        <w:b w:val="1"/>
        <w:bCs w:val="1"/>
      </w:rPr>
    </w:tblStylePr>
    <w:tblStylePr w:type="band1Horz">
      <w:tblPr/>
      <w:tcPr>
        <w:tcBorders>
          <w:left w:val="nil"/>
          <w:right w:val="nil"/>
          <w:insideH w:val="nil"/>
          <w:insideV w:val="nil"/>
        </w:tcBorders>
        <w:shd w:val="clear" w:color="auto" w:fill="D2EAF1" w:themeFill="accent5" w:themeFillTint="3F"/>
      </w:tcPr>
    </w:tblStylePr>
  </w:style>
  <w:style w:type="table" w:styleId="0000ab">
    <w:name w:val="Colorful Grid Accent 6"/>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band1Horz">
      <w:tblPr/>
      <w:tcPr>
        <w:shd w:val="clear" w:color="auto" w:fill="FBCAA2" w:themeFill="accent6" w:themeFillTint="7F"/>
      </w:tcPr>
    </w:tblStylePr>
    <w:tblStylePr w:type="band1Vert">
      <w:tblPr/>
      <w:tcPr>
        <w:shd w:val="clear" w:color="auto" w:fill="FBCAA2" w:themeFill="accent6" w:themeFillTint="7F"/>
      </w:tcPr>
    </w:tblStylePr>
    <w:tblStylePr w:type="firstRow">
      <w:rPr>
        <w:b w:val="1"/>
        <w:bCs w:val="1"/>
      </w:rPr>
      <w:tblPr/>
      <w:tcPr>
        <w:shd w:val="clear" w:color="auto" w:fill="FBD4B4" w:themeFill="accent6" w:themeFillTint="66"/>
      </w:tcPr>
    </w:tblStylePr>
    <w:tblStylePr w:type="lastCol">
      <w:rPr>
        <w:color w:val="FFFFFF" w:themeColor="background1"/>
      </w:rPr>
      <w:tblPr/>
      <w:tcPr>
        <w:shd w:val="clear" w:color="auto" w:fill="E36C0A" w:themeFill="accent6" w:themeFillShade="BF"/>
      </w:tcPr>
    </w:tblStylePr>
    <w:tblStylePr w:type="lastRow">
      <w:rPr>
        <w:b w:val="1"/>
        <w:bCs w:val="1"/>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style>
  <w:style w:type="table" w:styleId="000092">
    <w:name w:val="Dark List Accent 2"/>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band1Vert">
      <w:tblPr/>
      <w:tcPr>
        <w:tcBorders>
          <w:top w:val="nil"/>
          <w:left w:val="nil"/>
          <w:bottom w:val="nil"/>
          <w:right w:val="nil"/>
          <w:insideH w:val="nil"/>
          <w:insideV w:val="nil"/>
        </w:tcBorders>
        <w:shd w:val="clear" w:color="auto" w:fill="943634" w:themeFill="accent2"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band1Horz">
      <w:tblPr/>
      <w:tcPr>
        <w:tcBorders>
          <w:top w:val="nil"/>
          <w:left w:val="nil"/>
          <w:bottom w:val="nil"/>
          <w:right w:val="nil"/>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style>
  <w:style w:type="paragraph" w:styleId="00001f">
    <w:name w:val="Subtitle"/>
    <w:basedOn w:val="000002"/>
    <w:next w:val="000002"/>
    <w:link w:val="000020"/>
    <w:uiPriority w:val="11"/>
    <w:qFormat w:val="1"/>
    <w:rsid w:val="00FC693F"/>
    <w:pPr>
      <w:numPr>
        <w:ilvl w:val="1"/>
      </w:numPr>
    </w:pPr>
    <w:rPr>
      <w:rFonts w:asciiTheme="majorHAnsi" w:hAnsiTheme="majorHAnsi" w:eastAsiaTheme="majorEastAsia" w:cstheme="majorBidi"/>
      <w:i w:val="1"/>
      <w:iCs w:val="1"/>
      <w:color w:val="4F81BD" w:themeColor="accent1"/>
      <w:spacing w:val="15"/>
      <w:sz w:val="24"/>
      <w:szCs w:val="24"/>
    </w:rPr>
  </w:style>
  <w:style w:type="character" w:styleId="000027" w:customStyle="1">
    <w:name w:val="Body Text 3 Char"/>
    <w:basedOn w:val="000005"/>
    <w:link w:val="000026"/>
    <w:uiPriority w:val="99"/>
    <w:rsid w:val="00AA1D8D"/>
    <w:rPr>
      <w:sz w:val="16"/>
      <w:szCs w:val="16"/>
    </w:rPr>
  </w:style>
  <w:style w:type="paragraph" w:styleId="00001c">
    <w:name w:val="No Spacing"/>
    <w:uiPriority w:val="1"/>
    <w:qFormat w:val="1"/>
    <w:rsid w:val="00FC693F"/>
    <w:pPr>
      <w:spacing w:after="0" w:line="240" w:lineRule="auto"/>
    </w:pPr>
  </w:style>
  <w:style w:type="character" w:styleId="000009" w:customStyle="1">
    <w:name w:val="Heading 1 Char"/>
    <w:basedOn w:val="000005"/>
    <w:link w:val="000008"/>
    <w:uiPriority w:val="9"/>
    <w:rsid w:val="00FC693F"/>
    <w:rPr>
      <w:rFonts w:asciiTheme="majorHAnsi" w:hAnsiTheme="majorHAnsi" w:eastAsiaTheme="majorEastAsia" w:cstheme="majorBidi"/>
      <w:b w:val="1"/>
      <w:bCs w:val="1"/>
      <w:color w:val="365F91" w:themeColor="accent1" w:themeShade="BF"/>
      <w:sz w:val="28"/>
      <w:szCs w:val="28"/>
    </w:rPr>
  </w:style>
  <w:style w:type="table" w:styleId="000090">
    <w:name w:val="Dark List"/>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band1Vert">
      <w:tblPr/>
      <w:tcPr>
        <w:tcBorders>
          <w:top w:val="nil"/>
          <w:left w:val="nil"/>
          <w:bottom w:val="nil"/>
          <w:right w:val="nil"/>
          <w:insideH w:val="nil"/>
          <w:insideV w:val="nil"/>
        </w:tcBorders>
        <w:shd w:val="clear" w:color="auto" w:fill="000000" w:themeFill="text1" w:themeFillShade="BF"/>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band1Horz">
      <w:tblPr/>
      <w:tcPr>
        <w:tcBorders>
          <w:top w:val="nil"/>
          <w:left w:val="nil"/>
          <w:bottom w:val="nil"/>
          <w:right w:val="nil"/>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style>
  <w:style w:type="paragraph" w:styleId="000010">
    <w:name w:val="heading 5"/>
    <w:basedOn w:val="000002"/>
    <w:next w:val="000002"/>
    <w:link w:val="000011"/>
    <w:uiPriority w:val="9"/>
    <w:semiHidden w:val="1"/>
    <w:unhideWhenUsed w:val="1"/>
    <w:qFormat w:val="1"/>
    <w:rsid w:val="00FC693F"/>
    <w:pPr>
      <w:keepNext w:val="1"/>
      <w:keepLines w:val="1"/>
      <w:spacing w:before="200" w:after="0"/>
      <w:outlineLvl w:val="4"/>
    </w:pPr>
    <w:rPr>
      <w:rFonts w:asciiTheme="majorHAnsi" w:hAnsiTheme="majorHAnsi" w:eastAsiaTheme="majorEastAsia" w:cstheme="majorBidi"/>
      <w:color w:val="243F60" w:themeColor="accent1" w:themeShade="7F"/>
    </w:rPr>
  </w:style>
  <w:style w:type="table" w:styleId="000089">
    <w:name w:val="Medium Grid 3"/>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style>
  <w:style w:type="character" w:styleId="000043">
    <w:name w:val="Subtle Emphasis"/>
    <w:basedOn w:val="000005"/>
    <w:uiPriority w:val="19"/>
    <w:qFormat w:val="1"/>
    <w:rsid w:val="00FC693F"/>
    <w:rPr>
      <w:i w:val="1"/>
      <w:iCs w:val="1"/>
      <w:color w:val="808080" w:themeColor="text1" w:themeTint="7F"/>
    </w:rPr>
  </w:style>
  <w:style w:type="table" w:styleId="00006d">
    <w:name w:val="Medium List 1"/>
    <w:basedOn w:val="00001a"/>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band1Horz">
      <w:tblPr/>
      <w:tcPr>
        <w:shd w:val="clear" w:color="auto" w:fill="C0C0C0" w:themeFill="text1" w:themeFillTint="3F"/>
      </w:tcPr>
    </w:tblStyle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Col">
      <w:rPr>
        <w:b w:val="1"/>
        <w:bCs w:val="1"/>
      </w:rPr>
      <w:tblPr/>
      <w:tcPr>
        <w:tcBorders>
          <w:top w:val="single" w:color="000000" w:themeColor="text1" w:sz="8" w:space="0"/>
          <w:bottom w:val="single" w:color="000000" w:themeColor="text1" w:sz="8" w:space="0"/>
        </w:tcBorders>
      </w:tcPr>
    </w:tblStylePr>
    <w:tblStylePr w:type="firstCol">
      <w:rPr>
        <w:b w:val="1"/>
        <w:bCs w:val="1"/>
      </w:rPr>
    </w:tblStylePr>
    <w:tblStylePr w:type="band1Vert">
      <w:tblPr/>
      <w:tcPr>
        <w:shd w:val="clear" w:color="auto" w:fill="C0C0C0" w:themeFill="text1" w:themeFillTint="3F"/>
      </w:tcPr>
    </w:tblStylePr>
    <w:tblStylePr w:type="lastRow">
      <w:rPr>
        <w:b w:val="1"/>
        <w:bCs w:val="1"/>
        <w:color w:val="1F497D" w:themeColor="text2"/>
      </w:rPr>
      <w:tblPr/>
      <w:tcPr>
        <w:tcBorders>
          <w:top w:val="single" w:color="000000" w:themeColor="text1" w:sz="8" w:space="0"/>
          <w:bottom w:val="single" w:color="000000" w:themeColor="text1" w:sz="8" w:space="0"/>
        </w:tcBorders>
      </w:tcPr>
    </w:tblStylePr>
  </w:style>
  <w:style w:type="table" w:styleId="000052">
    <w:name w:val="Light List Accent 1"/>
    <w:basedOn w:val="00001a"/>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val="1"/>
        <w:bCs w:val="1"/>
        <w:color w:val="FFFFFF" w:themeColor="background1"/>
      </w:rPr>
      <w:tblPr/>
      <w:tcPr>
        <w:shd w:val="clear" w:color="auto" w:fill="4F81BD" w:themeFill="accent1"/>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pPr>
        <w:spacing w:before="0" w:after="0" w:line="240" w:lineRule="auto"/>
      </w:pPr>
      <w:rPr>
        <w:b w:val="1"/>
        <w:bCs w:val="1"/>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lastCol">
      <w:rPr>
        <w:b w:val="1"/>
        <w:bCs w:val="1"/>
      </w:rPr>
    </w:tblStylePr>
    <w:tblStylePr w:type="firstCol">
      <w:rPr>
        <w:b w:val="1"/>
        <w:bCs w:val="1"/>
      </w:r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000091">
    <w:name w:val="Dark List Accent 1"/>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band1Vert">
      <w:tblPr/>
      <w:tcPr>
        <w:tcBorders>
          <w:top w:val="nil"/>
          <w:left w:val="nil"/>
          <w:bottom w:val="nil"/>
          <w:right w:val="nil"/>
          <w:insideH w:val="nil"/>
          <w:insideV w:val="nil"/>
        </w:tcBorders>
        <w:shd w:val="clear" w:color="auto" w:fill="365F91" w:themeFill="accent1" w:themeFillShade="BF"/>
      </w:tcPr>
    </w:tblStylePr>
  </w:style>
  <w:style w:type="character" w:styleId="000025" w:customStyle="1">
    <w:name w:val="Body Text 2 Char"/>
    <w:basedOn w:val="000005"/>
    <w:link w:val="000024"/>
    <w:uiPriority w:val="99"/>
    <w:rsid w:val="00AA1D8D"/>
  </w:style>
  <w:style w:type="table" w:styleId="000061">
    <w:name w:val="Medium Shading 1 Accent 2"/>
    <w:basedOn w:val="00001a"/>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band1Vert">
      <w:tblPr/>
      <w:tcPr>
        <w:shd w:val="clear" w:color="auto" w:fill="EFD3D2" w:themeFill="accent2" w:themeFillTint="3F"/>
      </w:tcPr>
    </w:tblStylePr>
    <w:tblStylePr w:type="lastRow">
      <w:pPr>
        <w:spacing w:before="0" w:after="0" w:line="240" w:lineRule="auto"/>
      </w:pPr>
      <w:rPr>
        <w:b w:val="1"/>
        <w:bCs w:val="1"/>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band1Horz">
      <w:tblPr/>
      <w:tcPr>
        <w:tcBorders>
          <w:insideH w:val="nil"/>
          <w:insideV w:val="nil"/>
        </w:tcBorders>
        <w:shd w:val="clear" w:color="auto" w:fill="EFD3D2" w:themeFill="accent2" w:themeFillTint="3F"/>
      </w:tcPr>
    </w:tblStylePr>
    <w:tblStylePr w:type="lastCol">
      <w:rPr>
        <w:b w:val="1"/>
        <w:bCs w:val="1"/>
      </w:rPr>
    </w:tblStylePr>
    <w:tblStylePr w:type="firstRow">
      <w:pPr>
        <w:spacing w:before="0" w:after="0" w:line="240" w:lineRule="auto"/>
      </w:pPr>
      <w:rPr>
        <w:b w:val="1"/>
        <w:bCs w:val="1"/>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firstCol">
      <w:rPr>
        <w:b w:val="1"/>
        <w:bCs w:val="1"/>
      </w:rPr>
    </w:tblStylePr>
    <w:tblStylePr w:type="band2Horz">
      <w:tblPr/>
      <w:tcPr>
        <w:tcBorders>
          <w:insideH w:val="nil"/>
          <w:insideV w:val="nil"/>
        </w:tcBorders>
      </w:tcPr>
    </w:tblStylePr>
  </w:style>
  <w:style w:type="table" w:styleId="00006f">
    <w:name w:val="Medium List 1 Accent 2"/>
    <w:basedOn w:val="00001a"/>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lastCol">
      <w:rPr>
        <w:b w:val="1"/>
        <w:bCs w:val="1"/>
      </w:rPr>
      <w:tbl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tblStylePr w:type="lastRow">
      <w:rPr>
        <w:b w:val="1"/>
        <w:bCs w:val="1"/>
        <w:color w:val="1F497D" w:themeColor="text2"/>
      </w:rPr>
      <w:tblPr/>
      <w:tcPr>
        <w:tcBorders>
          <w:top w:val="single" w:color="C0504D" w:themeColor="accent2" w:sz="8" w:space="0"/>
          <w:bottom w:val="single" w:color="C0504D" w:themeColor="accent2" w:sz="8" w:space="0"/>
        </w:tcBorders>
      </w:tcPr>
    </w:tblStylePr>
    <w:tblStylePr w:type="firstCol">
      <w:rPr>
        <w:b w:val="1"/>
        <w:bCs w:val="1"/>
      </w:rPr>
    </w:tblStylePr>
  </w:style>
  <w:style w:type="table" w:styleId="000073">
    <w:name w:val="Medium List 1 Accent 6"/>
    <w:basedOn w:val="00001a"/>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band1Vert">
      <w:tblPr/>
      <w:tcPr>
        <w:shd w:val="clear" w:color="auto" w:fill="FDE4D0" w:themeFill="accent6" w:themeFillTint="3F"/>
      </w:tcPr>
    </w:tblStylePr>
    <w:tblStylePr w:type="lastCol">
      <w:rPr>
        <w:b w:val="1"/>
        <w:bCs w:val="1"/>
      </w:rPr>
      <w:tblPr/>
      <w:tcPr>
        <w:tcBorders>
          <w:top w:val="single" w:color="F79646" w:themeColor="accent6" w:sz="8" w:space="0"/>
          <w:bottom w:val="single" w:color="F79646" w:themeColor="accent6" w:sz="8" w:space="0"/>
        </w:tcBorders>
      </w:tcPr>
    </w:tblStylePr>
    <w:tblStylePr w:type="lastRow">
      <w:rPr>
        <w:b w:val="1"/>
        <w:bCs w:val="1"/>
        <w:color w:val="1F497D" w:themeColor="text2"/>
      </w:rPr>
      <w:tblPr/>
      <w:tcPr>
        <w:tcBorders>
          <w:top w:val="single" w:color="F79646" w:themeColor="accent6" w:sz="8" w:space="0"/>
          <w:bottom w:val="single" w:color="F79646" w:themeColor="accent6" w:sz="8" w:space="0"/>
        </w:tcBorders>
      </w:tcPr>
    </w:tblStylePr>
    <w:tblStylePr w:type="firstCol">
      <w:rPr>
        <w:b w:val="1"/>
        <w:bCs w:val="1"/>
      </w:rPr>
    </w:tblStylePr>
    <w:tblStylePr w:type="band1Horz">
      <w:tblPr/>
      <w:tcPr>
        <w:shd w:val="clear" w:color="auto" w:fill="FDE4D0" w:themeFill="accent6" w:themeFillTint="3F"/>
      </w:tcPr>
    </w:tblStylePr>
  </w:style>
  <w:style w:type="table" w:styleId="000077">
    <w:name w:val="Medium List 2 Accent 3"/>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style>
  <w:style w:type="table" w:styleId="00009f">
    <w:name w:val="Colorful List Accent 1"/>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la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tblStylePr w:type="band1Horz">
      <w:tblPr/>
      <w:tcPr>
        <w:shd w:val="clear" w:color="auto" w:fill="DBE5F1" w:themeFill="accent1" w:themeFillTint="33"/>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firstCol">
      <w:rPr>
        <w:b w:val="1"/>
        <w:bCs w:val="1"/>
      </w:rPr>
    </w:tblStyle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style>
  <w:style w:type="table" w:styleId="000050">
    <w:name w:val="Light Shading Accent 6"/>
    <w:basedOn w:val="00001a"/>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FDE4D0" w:themeFill="accent6" w:themeFillTint="3F"/>
      </w:tcPr>
    </w:tblStylePr>
    <w:tblStylePr w:type="firstCol">
      <w:rPr>
        <w:b w:val="1"/>
        <w:bCs w:val="1"/>
      </w:rPr>
    </w:tblStylePr>
    <w:tblStylePr w:type="lastRow">
      <w:pPr>
        <w:spacing w:before="0" w:after="0" w:line="240" w:lineRule="auto"/>
      </w:pPr>
      <w:rPr>
        <w:b w:val="1"/>
        <w:bCs w:val="1"/>
      </w:rPr>
      <w:tblPr/>
      <w:tcPr>
        <w:tcBorders>
          <w:top w:val="single" w:color="F79646" w:themeColor="accent6" w:sz="8" w:space="0"/>
          <w:left w:val="nil"/>
          <w:bottom w:val="single" w:color="F79646" w:themeColor="accent6" w:sz="8" w:space="0"/>
          <w:right w:val="nil"/>
          <w:insideH w:val="nil"/>
          <w:insideV w:val="nil"/>
        </w:tcBorders>
      </w:tcPr>
    </w:tblStylePr>
    <w:tblStylePr w:type="lastCol">
      <w:rPr>
        <w:b w:val="1"/>
        <w:bCs w:val="1"/>
      </w:rPr>
    </w:tblStylePr>
    <w:tblStylePr w:type="band1Horz">
      <w:tblPr/>
      <w:tcPr>
        <w:tcBorders>
          <w:left w:val="nil"/>
          <w:right w:val="nil"/>
          <w:insideH w:val="nil"/>
          <w:insideV w:val="nil"/>
        </w:tcBorders>
        <w:shd w:val="clear" w:color="auto" w:fill="FDE4D0" w:themeFill="accent6" w:themeFillTint="3F"/>
      </w:tcPr>
    </w:tblStylePr>
    <w:tblStylePr w:type="firstRow">
      <w:pPr>
        <w:spacing w:before="0" w:after="0" w:line="240" w:lineRule="auto"/>
      </w:pPr>
      <w:rPr>
        <w:b w:val="1"/>
        <w:bCs w:val="1"/>
      </w:rPr>
      <w:tblPr/>
      <w:tcPr>
        <w:tcBorders>
          <w:top w:val="single" w:color="F79646" w:themeColor="accent6" w:sz="8" w:space="0"/>
          <w:left w:val="nil"/>
          <w:bottom w:val="single" w:color="F79646" w:themeColor="accent6" w:sz="8" w:space="0"/>
          <w:right w:val="nil"/>
          <w:insideH w:val="nil"/>
          <w:insideV w:val="nil"/>
        </w:tcBorders>
      </w:tcPr>
    </w:tblStylePr>
  </w:style>
  <w:style w:type="table" w:styleId="000056">
    <w:name w:val="Light List Accent 5"/>
    <w:basedOn w:val="00001a"/>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firstRow">
      <w:pPr>
        <w:spacing w:before="0" w:after="0" w:line="240" w:lineRule="auto"/>
      </w:pPr>
      <w:rPr>
        <w:b w:val="1"/>
        <w:bCs w:val="1"/>
        <w:color w:val="FFFFFF" w:themeColor="background1"/>
      </w:rPr>
      <w:tblPr/>
      <w:tcPr>
        <w:shd w:val="clear" w:color="auto" w:fill="4BACC6" w:themeFill="accent5"/>
      </w:tcPr>
    </w:tblStylePr>
    <w:tblStylePr w:type="lastCol">
      <w:rPr>
        <w:b w:val="1"/>
        <w:bCs w:val="1"/>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pPr>
        <w:spacing w:before="0" w:after="0" w:line="240" w:lineRule="auto"/>
      </w:pPr>
      <w:rPr>
        <w:b w:val="1"/>
        <w:bCs w:val="1"/>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val="1"/>
        <w:bCs w:val="1"/>
      </w:rPr>
    </w:tblStylePr>
  </w:style>
  <w:style w:type="table" w:styleId="00004e">
    <w:name w:val="Light Shading Accent 4"/>
    <w:basedOn w:val="00001a"/>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DFD8E8" w:themeFill="accent4" w:themeFillTint="3F"/>
      </w:tcPr>
    </w:tblStylePr>
    <w:tblStylePr w:type="lastRow">
      <w:pPr>
        <w:spacing w:before="0" w:after="0" w:line="240" w:lineRule="auto"/>
      </w:pPr>
      <w:rPr>
        <w:b w:val="1"/>
        <w:bCs w:val="1"/>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val="1"/>
        <w:bCs w:val="1"/>
      </w:rPr>
    </w:tblStylePr>
    <w:tblStylePr w:type="band1Horz">
      <w:tblPr/>
      <w:tcPr>
        <w:tcBorders>
          <w:left w:val="nil"/>
          <w:right w:val="nil"/>
          <w:insideH w:val="nil"/>
          <w:insideV w:val="nil"/>
        </w:tcBorders>
        <w:shd w:val="clear" w:color="auto" w:fill="DFD8E8" w:themeFill="accent4" w:themeFillTint="3F"/>
      </w:tcPr>
    </w:tblStylePr>
    <w:tblStylePr w:type="lastCol">
      <w:rPr>
        <w:b w:val="1"/>
        <w:bCs w:val="1"/>
      </w:rPr>
    </w:tblStylePr>
    <w:tblStylePr w:type="firstRow">
      <w:pPr>
        <w:spacing w:before="0" w:after="0" w:line="240" w:lineRule="auto"/>
      </w:pPr>
      <w:rPr>
        <w:b w:val="1"/>
        <w:bCs w:val="1"/>
      </w:rPr>
      <w:tblPr/>
      <w:tcPr>
        <w:tcBorders>
          <w:top w:val="single" w:color="8064A2" w:themeColor="accent4" w:sz="8" w:space="0"/>
          <w:left w:val="nil"/>
          <w:bottom w:val="single" w:color="8064A2" w:themeColor="accent4" w:sz="8" w:space="0"/>
          <w:right w:val="nil"/>
          <w:insideH w:val="nil"/>
          <w:insideV w:val="nil"/>
        </w:tcBorders>
      </w:tcPr>
    </w:tblStylePr>
  </w:style>
  <w:style w:type="table" w:styleId="00009d">
    <w:name w:val="Colorful Shading Accent 6"/>
    <w:basedOn w:val="00001a"/>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band1Vert">
      <w:tblPr/>
      <w:tcPr>
        <w:shd w:val="clear" w:color="auto" w:fill="FBD4B4" w:themeFill="accent6" w:themeFillTint="66"/>
      </w:tcPr>
    </w:tblStylePr>
    <w:tblStylePr w:type="nw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neCell">
      <w:rPr>
        <w:color w:val="000000" w:themeColor="text1"/>
      </w:rPr>
    </w:tblStylePr>
    <w:tblStylePr w:type="band1Horz">
      <w:tblPr/>
      <w:tcPr>
        <w:shd w:val="clear" w:color="auto" w:fill="FBCAA2" w:themeFill="accent6" w:themeFillTint="7F"/>
      </w:tcPr>
    </w:tblStylePr>
    <w:tblStylePr w:type="firstRow">
      <w:rPr>
        <w:b w:val="1"/>
        <w:bCs w:val="1"/>
      </w:rPr>
      <w:tblPr/>
      <w:tcPr>
        <w:tcBorders>
          <w:top w:val="nil"/>
          <w:left w:val="nil"/>
          <w:bottom w:val="single" w:color="4BACC6" w:themeColor="accent5" w:sz="24" w:space="0"/>
          <w:right w:val="nil"/>
          <w:insideH w:val="nil"/>
          <w:insideV w:val="nil"/>
        </w:tcBorders>
        <w:shd w:val="clear" w:color="auto" w:fill="FFFFFF" w:themeFill="background1"/>
      </w:tcPr>
    </w:tblStylePr>
  </w:style>
  <w:style w:type="table" w:styleId="000068">
    <w:name w:val="Medium Shading 2 Accent 2"/>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neCell">
      <w:tblPr/>
      <w:tcPr>
        <w:tcBorders>
          <w:top w:val="single" w:color="auto" w:sz="18" w:space="0"/>
          <w:left w:val="nil"/>
          <w:bottom w:val="single" w:color="auto" w:sz="18" w:space="0"/>
          <w:right w:val="nil"/>
          <w:insideH w:val="nil"/>
          <w:insideV w:val="nil"/>
        </w:tcBorders>
      </w:tcPr>
    </w:tblStylePr>
    <w:tblStylePr w:type="band1Vert">
      <w:tblPr/>
      <w:tcPr>
        <w:tcBorders>
          <w:left w:val="nil"/>
          <w:right w:val="nil"/>
          <w:insideH w:val="nil"/>
          <w:insideV w:val="nil"/>
        </w:tcBorders>
        <w:shd w:val="clear" w:color="auto" w:fill="D8D8D8" w:themeFill="background1" w:themeFillShade="D8"/>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lastCol">
      <w:rPr>
        <w:b w:val="1"/>
        <w:bCs w:val="1"/>
        <w:color w:val="FFFFFF" w:themeColor="background1"/>
      </w:rPr>
      <w:tblPr/>
      <w:tcPr>
        <w:tcBorders>
          <w:left w:val="nil"/>
          <w:right w:val="nil"/>
          <w:insideH w:val="nil"/>
          <w:insideV w:val="nil"/>
        </w:tcBorders>
        <w:shd w:val="clear" w:color="auto" w:fill="C0504D" w:themeFill="accent2"/>
      </w:tcPr>
    </w:tblStylePr>
    <w:tblStylePr w:type="band1Horz">
      <w:tblPr/>
      <w:tcPr>
        <w:shd w:val="clear" w:color="auto" w:fill="D8D8D8" w:themeFill="background1" w:themeFillShade="D8"/>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style>
  <w:style w:type="table" w:styleId="00004a">
    <w:name w:val="Light Shading"/>
    <w:basedOn w:val="00001a"/>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val="1"/>
        <w:bCs w:val="1"/>
      </w:rPr>
      <w:tblPr/>
      <w:tcPr>
        <w:tcBorders>
          <w:top w:val="single" w:color="000000" w:themeColor="text1" w:sz="8" w:space="0"/>
          <w:left w:val="nil"/>
          <w:bottom w:val="single" w:color="000000" w:themeColor="text1" w:sz="8" w:space="0"/>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lastCol">
      <w:rPr>
        <w:b w:val="1"/>
        <w:bCs w:val="1"/>
      </w:rPr>
    </w:tblStylePr>
    <w:tblStylePr w:type="band1Horz">
      <w:tblPr/>
      <w:tcPr>
        <w:tcBorders>
          <w:left w:val="nil"/>
          <w:right w:val="nil"/>
          <w:insideH w:val="nil"/>
          <w:insideV w:val="nil"/>
        </w:tcBorders>
        <w:shd w:val="clear" w:color="auto" w:fill="C0C0C0" w:themeFill="text1" w:themeFillTint="3F"/>
      </w:tcPr>
    </w:tblStylePr>
    <w:tblStylePr w:type="firstCol">
      <w:rPr>
        <w:b w:val="1"/>
        <w:bCs w:val="1"/>
      </w:rPr>
    </w:tblStylePr>
    <w:tblStylePr w:type="lastRow">
      <w:pPr>
        <w:spacing w:before="0" w:after="0" w:line="240" w:lineRule="auto"/>
      </w:pPr>
      <w:rPr>
        <w:b w:val="1"/>
        <w:bCs w:val="1"/>
      </w:rPr>
      <w:tblPr/>
      <w:tcPr>
        <w:tcBorders>
          <w:top w:val="single" w:color="000000" w:themeColor="text1" w:sz="8" w:space="0"/>
          <w:left w:val="nil"/>
          <w:bottom w:val="single" w:color="000000" w:themeColor="text1" w:sz="8" w:space="0"/>
          <w:right w:val="nil"/>
          <w:insideH w:val="nil"/>
          <w:insideV w:val="nil"/>
        </w:tcBorders>
      </w:tcPr>
    </w:tblStylePr>
  </w:style>
  <w:style w:type="character" w:styleId="000023" w:customStyle="1">
    <w:name w:val="Body Text Char"/>
    <w:basedOn w:val="000005"/>
    <w:link w:val="000022"/>
    <w:uiPriority w:val="99"/>
    <w:rsid w:val="00AA1D8D"/>
  </w:style>
  <w:style w:type="character" w:styleId="00000b" w:customStyle="1">
    <w:name w:val="Heading 2 Char"/>
    <w:basedOn w:val="000005"/>
    <w:link w:val="00000a"/>
    <w:uiPriority w:val="9"/>
    <w:rsid w:val="00FC693F"/>
    <w:rPr>
      <w:rFonts w:asciiTheme="majorHAnsi" w:hAnsiTheme="majorHAnsi" w:eastAsiaTheme="majorEastAsia" w:cstheme="majorBidi"/>
      <w:b w:val="1"/>
      <w:bCs w:val="1"/>
      <w:color w:val="4F81BD" w:themeColor="accent1"/>
      <w:sz w:val="26"/>
      <w:szCs w:val="26"/>
    </w:rPr>
  </w:style>
  <w:style w:type="paragraph" w:styleId="000037">
    <w:name w:val="List Continue"/>
    <w:basedOn w:val="000002"/>
    <w:uiPriority w:val="99"/>
    <w:unhideWhenUsed w:val="1"/>
    <w:rsid w:val="0029639D"/>
    <w:pPr>
      <w:spacing w:after="120"/>
      <w:ind w:left="360"/>
      <w:contextualSpacing w:val="1"/>
    </w:pPr>
  </w:style>
  <w:style w:type="table" w:styleId="00004d">
    <w:name w:val="Light Shading Accent 3"/>
    <w:basedOn w:val="00001a"/>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E6EED5" w:themeFill="accent3" w:themeFillTint="3F"/>
      </w:tcPr>
    </w:tblStylePr>
    <w:tblStylePr w:type="lastRow">
      <w:pPr>
        <w:spacing w:before="0" w:after="0" w:line="240" w:lineRule="auto"/>
      </w:pPr>
      <w:rPr>
        <w:b w:val="1"/>
        <w:bCs w:val="1"/>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val="1"/>
        <w:bCs w:val="1"/>
      </w:rPr>
    </w:tblStylePr>
    <w:tblStylePr w:type="firstRow">
      <w:pPr>
        <w:spacing w:before="0" w:after="0" w:line="240" w:lineRule="auto"/>
      </w:pPr>
      <w:rPr>
        <w:b w:val="1"/>
        <w:bCs w:val="1"/>
      </w:rPr>
      <w:tblPr/>
      <w:tcPr>
        <w:tcBorders>
          <w:top w:val="single" w:color="9BBB59" w:themeColor="accent3" w:sz="8" w:space="0"/>
          <w:left w:val="nil"/>
          <w:bottom w:val="single" w:color="9BBB59" w:themeColor="accent3" w:sz="8" w:space="0"/>
          <w:right w:val="nil"/>
          <w:insideH w:val="nil"/>
          <w:insideV w:val="nil"/>
        </w:tcBorders>
      </w:tcPr>
    </w:tblStylePr>
    <w:tblStylePr w:type="band1Horz">
      <w:tblPr/>
      <w:tcPr>
        <w:tcBorders>
          <w:left w:val="nil"/>
          <w:right w:val="nil"/>
          <w:insideH w:val="nil"/>
          <w:insideV w:val="nil"/>
        </w:tcBorders>
        <w:shd w:val="clear" w:color="auto" w:fill="E6EED5" w:themeFill="accent3" w:themeFillTint="3F"/>
      </w:tcPr>
    </w:tblStylePr>
    <w:tblStylePr w:type="lastCol">
      <w:rPr>
        <w:b w:val="1"/>
        <w:bCs w:val="1"/>
      </w:rPr>
    </w:tblStylePr>
  </w:style>
  <w:style w:type="paragraph" w:styleId="000018">
    <w:name w:val="heading 9"/>
    <w:basedOn w:val="000002"/>
    <w:next w:val="000002"/>
    <w:link w:val="000019"/>
    <w:uiPriority w:val="9"/>
    <w:semiHidden w:val="1"/>
    <w:unhideWhenUsed w:val="1"/>
    <w:qFormat w:val="1"/>
    <w:rsid w:val="00FC693F"/>
    <w:pPr>
      <w:keepNext w:val="1"/>
      <w:keepLines w:val="1"/>
      <w:spacing w:before="200" w:after="0"/>
      <w:outlineLvl w:val="8"/>
    </w:pPr>
    <w:rPr>
      <w:rFonts w:asciiTheme="majorHAnsi" w:hAnsiTheme="majorHAnsi" w:eastAsiaTheme="majorEastAsia" w:cstheme="majorBidi"/>
      <w:i w:val="1"/>
      <w:iCs w:val="1"/>
      <w:color w:val="404040" w:themeColor="text1" w:themeTint="BF"/>
      <w:sz w:val="20"/>
      <w:szCs w:val="20"/>
    </w:rPr>
  </w:style>
  <w:style w:type="table" w:styleId="0000a4">
    <w:name w:val="Colorful List Accent 6"/>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val="1"/>
        <w:bCs w:val="1"/>
        <w:color w:val="FFFFFF" w:themeColor="background1"/>
      </w:rPr>
      <w:tblPr/>
      <w:tcPr>
        <w:tcBorders>
          <w:bottom w:val="single" w:color="FFFFFF" w:themeColor="background1" w:sz="12" w:space="0"/>
        </w:tcBorders>
        <w:shd w:val="clear" w:color="auto" w:fill="348DA5" w:themeFill="accent5" w:themeFillShade="CC"/>
      </w:tcPr>
    </w:tblStylePr>
    <w:tblStylePr w:type="lastCol">
      <w:rPr>
        <w:b w:val="1"/>
        <w:bCs w:val="1"/>
      </w:rPr>
    </w:tblStylePr>
    <w:tblStylePr w:type="band1Horz">
      <w:tblPr/>
      <w:tcPr>
        <w:shd w:val="clear" w:color="auto" w:fill="FDE9D9" w:themeFill="accent6" w:themeFillTint="33"/>
      </w:tcPr>
    </w:tblStylePr>
    <w:tblStylePr w:type="firstCol">
      <w:rPr>
        <w:b w:val="1"/>
        <w:bCs w:val="1"/>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lastRow">
      <w:rPr>
        <w:b w:val="1"/>
        <w:bCs w:val="1"/>
        <w:color w:val="348DA5" w:themeColor="accent5" w:themeShade="CC"/>
      </w:rPr>
      <w:tblPr/>
      <w:tcPr>
        <w:tcBorders>
          <w:top w:val="single" w:color="000000" w:themeColor="text1" w:sz="12" w:space="0"/>
        </w:tcBorders>
        <w:shd w:val="clear" w:color="auto" w:fill="FFFFFF" w:themeFill="background1"/>
      </w:tcPr>
    </w:tblStylePr>
  </w:style>
  <w:style w:type="table" w:styleId="000078">
    <w:name w:val="Medium List 2 Accent 4"/>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DFD8E8" w:themeFill="accent4" w:themeFillTint="3F"/>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DFD8E8" w:themeFill="accent4" w:themeFillTint="3F"/>
      </w:tcPr>
    </w:tblStylePr>
  </w:style>
  <w:style w:type="table" w:styleId="00007e">
    <w:name w:val="Medium Grid 1 Accent 3"/>
    <w:basedOn w:val="00001a"/>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band1Vert">
      <w:tblPr/>
      <w:tcPr>
        <w:shd w:val="clear" w:color="auto" w:fill="CDDDAC" w:themeFill="accent3" w:themeFillTint="7F"/>
      </w:tcPr>
    </w:tblStylePr>
    <w:tblStylePr w:type="lastCol">
      <w:rPr>
        <w:b w:val="1"/>
        <w:bCs w:val="1"/>
      </w:rPr>
    </w:tblStylePr>
    <w:tblStylePr w:type="lastRow">
      <w:rPr>
        <w:b w:val="1"/>
        <w:bCs w:val="1"/>
      </w:rPr>
      <w:tblPr/>
      <w:tcPr>
        <w:tcBorders>
          <w:top w:val="single" w:color="B3CC82" w:themeColor="accent3" w:themeTint="BF" w:sz="18" w:space="0"/>
        </w:tcBorders>
      </w:tcPr>
    </w:tblStylePr>
    <w:tblStylePr w:type="firstRow">
      <w:rPr>
        <w:b w:val="1"/>
        <w:bCs w:val="1"/>
      </w:rPr>
    </w:tblStylePr>
    <w:tblStylePr w:type="band1Horz">
      <w:tblPr/>
      <w:tcPr>
        <w:shd w:val="clear" w:color="auto" w:fill="CDDDAC" w:themeFill="accent3" w:themeFillTint="7F"/>
      </w:tcPr>
    </w:tblStylePr>
    <w:tblStylePr w:type="firstCol">
      <w:rPr>
        <w:b w:val="1"/>
        <w:bCs w:val="1"/>
      </w:rPr>
    </w:tblStylePr>
  </w:style>
  <w:style w:type="character" w:styleId="000020" w:customStyle="1">
    <w:name w:val="Subtitle Char"/>
    <w:basedOn w:val="000005"/>
    <w:link w:val="00001f"/>
    <w:uiPriority w:val="11"/>
    <w:rsid w:val="00FC693F"/>
    <w:rPr>
      <w:rFonts w:asciiTheme="majorHAnsi" w:hAnsiTheme="majorHAnsi" w:eastAsiaTheme="majorEastAsia" w:cstheme="majorBidi"/>
      <w:i w:val="1"/>
      <w:iCs w:val="1"/>
      <w:color w:val="4F81BD" w:themeColor="accent1"/>
      <w:spacing w:val="15"/>
      <w:sz w:val="24"/>
      <w:szCs w:val="24"/>
    </w:rPr>
  </w:style>
  <w:style w:type="paragraph" w:styleId="000024">
    <w:name w:val="Body Text 2"/>
    <w:basedOn w:val="000002"/>
    <w:link w:val="000025"/>
    <w:uiPriority w:val="99"/>
    <w:unhideWhenUsed w:val="1"/>
    <w:rsid w:val="00AA1D8D"/>
    <w:pPr>
      <w:spacing w:after="120" w:line="480" w:lineRule="auto"/>
    </w:pPr>
  </w:style>
  <w:style w:type="table" w:styleId="00007a">
    <w:name w:val="Medium List 2 Accent 6"/>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swCell">
      <w:tblPr/>
      <w:tcPr>
        <w:tcBorders>
          <w:top w:val="nil"/>
        </w:tcBorders>
      </w:tcPr>
    </w:tblStylePr>
    <w:tblStylePr w:type="nwCell">
      <w:tblPr/>
      <w:tcPr>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style>
  <w:style w:type="paragraph" w:styleId="000003">
    <w:name w:val="header"/>
    <w:basedOn w:val="000002"/>
    <w:link w:val="000004"/>
    <w:uiPriority w:val="99"/>
    <w:unhideWhenUsed w:val="1"/>
    <w:rsid w:val="00E618BF"/>
    <w:pPr>
      <w:tabs>
        <w:tab w:val="center" w:pos="4680"/>
        <w:tab w:val="right" w:pos="9360"/>
      </w:tabs>
      <w:spacing w:after="0" w:line="240" w:lineRule="auto"/>
    </w:pPr>
  </w:style>
  <w:style w:type="character" w:styleId="000011" w:customStyle="1">
    <w:name w:val="Heading 5 Char"/>
    <w:basedOn w:val="000005"/>
    <w:link w:val="000010"/>
    <w:uiPriority w:val="9"/>
    <w:semiHidden w:val="1"/>
    <w:rsid w:val="00FC693F"/>
    <w:rPr>
      <w:rFonts w:asciiTheme="majorHAnsi" w:hAnsiTheme="majorHAnsi" w:eastAsiaTheme="majorEastAsia" w:cstheme="majorBidi"/>
      <w:color w:val="243F60" w:themeColor="accent1" w:themeShade="7F"/>
    </w:rPr>
  </w:style>
  <w:style w:type="character" w:styleId="000004" w:customStyle="1">
    <w:name w:val="Header Char"/>
    <w:basedOn w:val="000005"/>
    <w:link w:val="000003"/>
    <w:uiPriority w:val="99"/>
    <w:rsid w:val="00E618BF"/>
  </w:style>
  <w:style w:type="table" w:styleId="000087">
    <w:name w:val="Medium Grid 2 Accent 5"/>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band1Vert">
      <w:tblPr/>
      <w:tcPr>
        <w:shd w:val="clear" w:color="auto" w:fill="A5D5E2" w:themeFill="accent5" w:themeFillTint="7F"/>
      </w:tcPr>
    </w:tblStylePr>
    <w:tblStylePr w:type="nwCell">
      <w:tblPr/>
      <w:tcPr>
        <w:shd w:val="clear" w:color="auto" w:fill="FFFFFF" w:themeFill="background1"/>
      </w:tcPr>
    </w:tblStylePr>
    <w:tblStylePr w:type="firstRow">
      <w:rPr>
        <w:b w:val="1"/>
        <w:bCs w:val="1"/>
        <w:color w:val="000000" w:themeColor="text1"/>
      </w:rPr>
      <w:tblPr/>
      <w:tcPr>
        <w:shd w:val="clear" w:color="auto" w:fill="EDF6F9" w:themeFill="accent5" w:themeFillTint="19"/>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style>
  <w:style w:type="table" w:styleId="00007b">
    <w:name w:val="Medium Grid 1"/>
    <w:basedOn w:val="00001a"/>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val="1"/>
        <w:bCs w:val="1"/>
      </w:rPr>
    </w:tblStylePr>
    <w:tblStylePr w:type="band1Vert">
      <w:tblPr/>
      <w:tcPr>
        <w:shd w:val="clear" w:color="auto" w:fill="808080" w:themeFill="text1" w:themeFillTint="7F"/>
      </w:tcPr>
    </w:tblStylePr>
    <w:tblStylePr w:type="lastCol">
      <w:rPr>
        <w:b w:val="1"/>
        <w:bCs w:val="1"/>
      </w:rPr>
    </w:tblStylePr>
    <w:tblStylePr w:type="firstCol">
      <w:rPr>
        <w:b w:val="1"/>
        <w:bCs w:val="1"/>
      </w:rPr>
    </w:tblStylePr>
    <w:tblStylePr w:type="band1Horz">
      <w:tblPr/>
      <w:tcPr>
        <w:shd w:val="clear" w:color="auto" w:fill="808080" w:themeFill="text1" w:themeFillTint="7F"/>
      </w:tcPr>
    </w:tblStylePr>
    <w:tblStylePr w:type="lastRow">
      <w:rPr>
        <w:b w:val="1"/>
        <w:bCs w:val="1"/>
      </w:rPr>
      <w:tblPr/>
      <w:tcPr>
        <w:tcBorders>
          <w:top w:val="single" w:color="404040" w:themeColor="text1" w:themeTint="BF" w:sz="18" w:space="0"/>
        </w:tcBorders>
      </w:tcPr>
    </w:tblStylePr>
  </w:style>
  <w:style w:type="paragraph" w:styleId="000028">
    <w:name w:val="List"/>
    <w:basedOn w:val="000002"/>
    <w:uiPriority w:val="99"/>
    <w:unhideWhenUsed w:val="1"/>
    <w:rsid w:val="00AA1D8D"/>
    <w:pPr>
      <w:ind w:left="360" w:hanging="360"/>
      <w:contextualSpacing w:val="1"/>
    </w:pPr>
  </w:style>
  <w:style w:type="table" w:styleId="00005b">
    <w:name w:val="Light Grid Accent 3"/>
    <w:basedOn w:val="00001a"/>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lastRow">
      <w:pPr>
        <w:spacing w:before="0" w:after="0" w:line="240" w:lineRule="auto"/>
      </w:pPr>
      <w:rPr>
        <w:rFonts w:asciiTheme="majorHAnsi" w:hAnsiTheme="majorHAnsi" w:eastAsiaTheme="majorEastAsia" w:cstheme="majorBidi"/>
        <w:b w:val="1"/>
        <w:bCs w:val="1"/>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lastCol">
      <w:rPr>
        <w:rFonts w:asciiTheme="majorHAnsi" w:hAnsiTheme="majorHAnsi" w:eastAsiaTheme="majorEastAsia" w:cstheme="majorBidi"/>
        <w:b w:val="1"/>
        <w:bCs w:val="1"/>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firstCol">
      <w:rPr>
        <w:rFonts w:asciiTheme="majorHAnsi" w:hAnsiTheme="majorHAnsi" w:eastAsiaTheme="majorEastAsia" w:cstheme="majorBidi"/>
        <w:b w:val="1"/>
        <w:bCs w:val="1"/>
      </w:rPr>
    </w:tblStylePr>
  </w:style>
  <w:style w:type="table" w:styleId="000063">
    <w:name w:val="Medium Shading 1 Accent 4"/>
    <w:basedOn w:val="00001a"/>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val="1"/>
        <w:bCs w:val="1"/>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band2Horz">
      <w:tblPr/>
      <w:tcPr>
        <w:tcBorders>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lastCol">
      <w:rPr>
        <w:b w:val="1"/>
        <w:bCs w:val="1"/>
      </w:rPr>
    </w:tblStylePr>
    <w:tblStylePr w:type="firstCol">
      <w:rPr>
        <w:b w:val="1"/>
        <w:bCs w:val="1"/>
      </w:rPr>
    </w:tblStylePr>
    <w:tblStylePr w:type="lastRow">
      <w:pPr>
        <w:spacing w:before="0" w:after="0" w:line="240" w:lineRule="auto"/>
      </w:pPr>
      <w:rPr>
        <w:b w:val="1"/>
        <w:bCs w:val="1"/>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style>
  <w:style w:type="table" w:styleId="0000a5">
    <w:name w:val="Colorful Grid"/>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lastRow">
      <w:rPr>
        <w:b w:val="1"/>
        <w:bCs w:val="1"/>
        <w:color w:val="000000" w:themeColor="text1"/>
      </w:rPr>
      <w:tblPr/>
      <w:tcPr>
        <w:shd w:val="clear" w:color="auto" w:fill="999999" w:themeFill="text1" w:themeFillTint="66"/>
      </w:tcPr>
    </w:tblStylePr>
    <w:tblStylePr w:type="firstRow">
      <w:rPr>
        <w:b w:val="1"/>
        <w:bCs w:val="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lastCol">
      <w:rPr>
        <w:color w:val="FFFFFF" w:themeColor="background1"/>
      </w:rPr>
      <w:tblPr/>
      <w:tcPr>
        <w:shd w:val="clear" w:color="auto" w:fill="000000" w:themeFill="text1" w:themeFillShade="BF"/>
      </w:tcPr>
    </w:tblStylePr>
  </w:style>
  <w:style w:type="table" w:styleId="00005d">
    <w:name w:val="Light Grid Accent 5"/>
    <w:basedOn w:val="00001a"/>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tblStylePr w:type="lastCol">
      <w:rPr>
        <w:rFonts w:asciiTheme="majorHAnsi" w:hAnsiTheme="majorHAnsi" w:eastAsiaTheme="majorEastAsia" w:cstheme="majorBidi"/>
        <w:b w:val="1"/>
        <w:bCs w:val="1"/>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style>
  <w:style w:type="table" w:styleId="000093">
    <w:name w:val="Dark List Accent 3"/>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band1Horz">
      <w:tblPr/>
      <w:tcPr>
        <w:tcBorders>
          <w:top w:val="nil"/>
          <w:left w:val="nil"/>
          <w:bottom w:val="nil"/>
          <w:right w:val="nil"/>
          <w:insideH w:val="nil"/>
          <w:insideV w:val="nil"/>
        </w:tcBorders>
        <w:shd w:val="clear" w:color="auto" w:fill="76923C" w:themeFill="accent3" w:themeFillShade="B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style>
  <w:style w:type="table" w:styleId="000096">
    <w:name w:val="Dark List Accent 6"/>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00002c">
    <w:name w:val="List Bullet"/>
    <w:basedOn w:val="000002"/>
    <w:uiPriority w:val="99"/>
    <w:unhideWhenUsed w:val="1"/>
    <w:rsid w:val="00326F90"/>
    <w:pPr>
      <w:numPr>
        <w:numId w:val="6"/>
      </w:numPr>
      <w:contextualSpacing w:val="1"/>
    </w:pPr>
  </w:style>
  <w:style w:type="paragraph" w:styleId="00001d">
    <w:name w:val="Title"/>
    <w:basedOn w:val="000002"/>
    <w:next w:val="000002"/>
    <w:link w:val="00001e"/>
    <w:uiPriority w:val="10"/>
    <w:qFormat w:val="1"/>
    <w:rsid w:val="00FC693F"/>
    <w:pPr>
      <w:pBdr>
        <w:bottom w:val="single" w:color="4F81BD" w:themeColor="accent1" w:sz="8" w:space="4"/>
      </w:pBdr>
      <w:spacing w:after="300" w:line="240" w:lineRule="auto"/>
      <w:contextualSpacing w:val="1"/>
    </w:pPr>
    <w:rPr>
      <w:rFonts w:asciiTheme="majorHAnsi" w:hAnsiTheme="majorHAnsi" w:eastAsiaTheme="majorEastAsia" w:cstheme="majorBidi"/>
      <w:color w:val="17365D" w:themeColor="text2" w:themeShade="BF"/>
      <w:spacing w:val="5"/>
      <w:kern w:val="28"/>
      <w:sz w:val="52"/>
      <w:szCs w:val="52"/>
    </w:rPr>
  </w:style>
  <w:style w:type="table" w:styleId="000051">
    <w:name w:val="Light List"/>
    <w:basedOn w:val="00001a"/>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firstRow">
      <w:pPr>
        <w:spacing w:before="0" w:after="0" w:line="240" w:lineRule="auto"/>
      </w:pPr>
      <w:rPr>
        <w:b w:val="1"/>
        <w:bCs w:val="1"/>
        <w:color w:val="FFFFFF" w:themeColor="background1"/>
      </w:rPr>
      <w:tblPr/>
      <w:tcPr>
        <w:shd w:val="clear" w:color="auto" w:fill="000000" w:themeFill="text1"/>
      </w:tcPr>
    </w:tblStylePr>
    <w:tblStylePr w:type="firstCol">
      <w:rPr>
        <w:b w:val="1"/>
        <w:bCs w:val="1"/>
      </w:rPr>
    </w:tblStylePr>
    <w:tblStylePr w:type="lastRow">
      <w:pPr>
        <w:spacing w:before="0" w:after="0" w:line="240" w:lineRule="auto"/>
      </w:pPr>
      <w:rPr>
        <w:b w:val="1"/>
        <w:bCs w:val="1"/>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Col">
      <w:rPr>
        <w:b w:val="1"/>
        <w:bCs w:val="1"/>
      </w:rPr>
    </w:tblStylePr>
  </w:style>
  <w:style w:type="table" w:styleId="00001a" w:default="1">
    <w:name w:val="Normal Table"/>
    <w:uiPriority w:val="99"/>
    <w:semiHidden w:val="1"/>
    <w:unhideWhenUsed w:val="1"/>
    <w:tblPr>
      <w:tblInd w:w="0" w:type="dxa"/>
      <w:tblCellMar>
        <w:top w:w="0" w:type="dxa"/>
        <w:left w:w="108" w:type="dxa"/>
        <w:bottom w:w="0" w:type="dxa"/>
        <w:right w:w="108" w:type="dxa"/>
      </w:tblCellMar>
    </w:tblPr>
  </w:style>
  <w:style w:type="character" w:styleId="00003f">
    <w:name w:val="Strong"/>
    <w:basedOn w:val="000005"/>
    <w:uiPriority w:val="22"/>
    <w:qFormat w:val="1"/>
    <w:rsid w:val="00FC693F"/>
    <w:rPr>
      <w:b w:val="1"/>
      <w:bCs w:val="1"/>
    </w:rPr>
  </w:style>
  <w:style w:type="paragraph" w:styleId="00003a">
    <w:name w:val="macro"/>
    <w:link w:val="00003b"/>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table" w:styleId="000081">
    <w:name w:val="Medium Grid 1 Accent 6"/>
    <w:basedOn w:val="00001a"/>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lastRow">
      <w:rPr>
        <w:b w:val="1"/>
        <w:bCs w:val="1"/>
      </w:rPr>
      <w:tblPr/>
      <w:tcPr>
        <w:tcBorders>
          <w:top w:val="single" w:color="F9B074" w:themeColor="accent6" w:themeTint="BF" w:sz="18" w:space="0"/>
        </w:tcBorders>
      </w:tcPr>
    </w:tblStylePr>
    <w:tblStylePr w:type="firstRow">
      <w:rPr>
        <w:b w:val="1"/>
        <w:bCs w:val="1"/>
      </w:rPr>
    </w:tblStylePr>
    <w:tblStylePr w:type="band1Vert">
      <w:tblPr/>
      <w:tcPr>
        <w:shd w:val="clear" w:color="auto" w:fill="FBCAA2" w:themeFill="accent6" w:themeFillTint="7F"/>
      </w:tcPr>
    </w:tblStylePr>
    <w:tblStylePr w:type="lastCol">
      <w:rPr>
        <w:b w:val="1"/>
        <w:bCs w:val="1"/>
      </w:rPr>
    </w:tblStylePr>
    <w:tblStylePr w:type="band1Horz">
      <w:tblPr/>
      <w:tcPr>
        <w:shd w:val="clear" w:color="auto" w:fill="FBCAA2" w:themeFill="accent6" w:themeFillTint="7F"/>
      </w:tcPr>
    </w:tblStylePr>
    <w:tblStylePr w:type="firstCol">
      <w:rPr>
        <w:b w:val="1"/>
        <w:bCs w:val="1"/>
      </w:rPr>
    </w:tblStylePr>
  </w:style>
  <w:style w:type="table" w:styleId="00005c">
    <w:name w:val="Light Grid Accent 4"/>
    <w:basedOn w:val="00001a"/>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lastCol">
      <w:rPr>
        <w:rFonts w:asciiTheme="majorHAnsi" w:hAnsiTheme="majorHAnsi" w:eastAsiaTheme="majorEastAsia" w:cstheme="majorBidi"/>
        <w:b w:val="1"/>
        <w:bCs w:val="1"/>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tblStylePr w:type="firstCol">
      <w:rPr>
        <w:rFonts w:asciiTheme="majorHAnsi" w:hAnsiTheme="majorHAnsi" w:eastAsiaTheme="majorEastAsia" w:cstheme="majorBidi"/>
        <w:b w:val="1"/>
        <w:bCs w:val="1"/>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style>
  <w:style w:type="character" w:styleId="00000f" w:customStyle="1">
    <w:name w:val="Heading 4 Char"/>
    <w:basedOn w:val="000005"/>
    <w:link w:val="00000e"/>
    <w:uiPriority w:val="9"/>
    <w:semiHidden w:val="1"/>
    <w:rsid w:val="00FC693F"/>
    <w:rPr>
      <w:rFonts w:asciiTheme="majorHAnsi" w:hAnsiTheme="majorHAnsi" w:eastAsiaTheme="majorEastAsia" w:cstheme="majorBidi"/>
      <w:b w:val="1"/>
      <w:bCs w:val="1"/>
      <w:i w:val="1"/>
      <w:iCs w:val="1"/>
      <w:color w:val="4F81BD" w:themeColor="accent1"/>
    </w:rPr>
  </w:style>
  <w:style w:type="table" w:styleId="000098">
    <w:name w:val="Colorful Shading Accent 1"/>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ne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2C4C74" w:themeFill="accent1" w:themeFillShade="99"/>
      </w:tcPr>
    </w:tblStylePr>
    <w:tblStylePr w:type="band1Horz">
      <w:tblPr/>
      <w:tcPr>
        <w:shd w:val="clear" w:color="auto" w:fill="A7BFDE" w:themeFill="accent1" w:themeFillTint="7F"/>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nwCell">
      <w:rPr>
        <w:color w:val="000000" w:themeColor="text1"/>
      </w:rPr>
    </w:tblStylePr>
    <w:tblStylePr w:type="band1Vert">
      <w:tblPr/>
      <w:tcPr>
        <w:shd w:val="clear" w:color="auto" w:fill="B8CCE4" w:themeFill="accent1" w:themeFillTint="66"/>
      </w:tc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style>
  <w:style w:type="table" w:styleId="0000a1">
    <w:name w:val="Colorful List Accent 3"/>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lastRow">
      <w:rPr>
        <w:b w:val="1"/>
        <w:bCs w:val="1"/>
        <w:color w:val="664E82" w:themeColor="accent4" w:themeShade="CC"/>
      </w:rPr>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fir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664E82" w:themeFill="accent4" w:themeFillShade="CC"/>
      </w:tcPr>
    </w:tblStylePr>
    <w:tblStylePr w:type="lastCol">
      <w:rPr>
        <w:b w:val="1"/>
        <w:bCs w:val="1"/>
      </w:rPr>
    </w:tblStylePr>
    <w:tblStylePr w:type="band1Horz">
      <w:tblPr/>
      <w:tcPr>
        <w:shd w:val="clear" w:color="auto" w:fill="EAF1DD" w:themeFill="accent3" w:themeFillTint="33"/>
      </w:tcPr>
    </w:tblStylePr>
  </w:style>
  <w:style w:type="table" w:styleId="00007d">
    <w:name w:val="Medium Grid 1 Accent 2"/>
    <w:basedOn w:val="00001a"/>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lastCol">
      <w:rPr>
        <w:b w:val="1"/>
        <w:bCs w:val="1"/>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firstRow">
      <w:rPr>
        <w:b w:val="1"/>
        <w:bCs w:val="1"/>
      </w:rPr>
    </w:tblStylePr>
    <w:tblStylePr w:type="firstCol">
      <w:rPr>
        <w:b w:val="1"/>
        <w:bCs w:val="1"/>
      </w:rPr>
    </w:tblStylePr>
    <w:tblStylePr w:type="lastRow">
      <w:rPr>
        <w:b w:val="1"/>
        <w:bCs w:val="1"/>
      </w:rPr>
      <w:tblPr/>
      <w:tcPr>
        <w:tcBorders>
          <w:top w:val="single" w:color="CF7B79" w:themeColor="accent2" w:themeTint="BF" w:sz="18" w:space="0"/>
        </w:tcBorders>
      </w:tcPr>
    </w:tblStylePr>
  </w:style>
  <w:style w:type="table" w:styleId="00006c">
    <w:name w:val="Medium Shading 2 Accent 6"/>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val="1"/>
        <w:bCs w:val="1"/>
        <w:color w:val="FFFFFF" w:themeColor="background1"/>
      </w:rPr>
      <w:tblPr/>
      <w:tcPr>
        <w:tcBorders>
          <w:left w:val="nil"/>
          <w:right w:val="nil"/>
          <w:insideH w:val="nil"/>
          <w:insideV w:val="nil"/>
        </w:tcBorders>
        <w:shd w:val="clear" w:color="auto" w:fill="F79646" w:themeFill="accent6"/>
      </w:tcPr>
    </w:tblStylePr>
    <w:tblStylePr w:type="neCell">
      <w:tblPr/>
      <w:tcPr>
        <w:tcBorders>
          <w:top w:val="single" w:color="auto" w:sz="18" w:space="0"/>
          <w:left w:val="nil"/>
          <w:bottom w:val="single" w:color="auto" w:sz="18" w:space="0"/>
          <w:right w:val="nil"/>
          <w:insideH w:val="nil"/>
          <w:insideV w:val="nil"/>
        </w:tcBorders>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band1Horz">
      <w:tblPr/>
      <w:tcPr>
        <w:shd w:val="clear" w:color="auto" w:fill="D8D8D8" w:themeFill="background1" w:themeFillShade="D8"/>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band1Vert">
      <w:tblPr/>
      <w:tcPr>
        <w:tcBorders>
          <w:left w:val="nil"/>
          <w:right w:val="nil"/>
          <w:insideH w:val="nil"/>
          <w:insideV w:val="nil"/>
        </w:tcBorders>
        <w:shd w:val="clear" w:color="auto" w:fill="D8D8D8" w:themeFill="background1" w:themeFillShade="D8"/>
      </w:tcPr>
    </w:tblStylePr>
  </w:style>
  <w:style w:type="table" w:styleId="000084">
    <w:name w:val="Medium Grid 2 Accent 2"/>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firstRow">
      <w:rPr>
        <w:b w:val="1"/>
        <w:bCs w:val="1"/>
        <w:color w:val="000000" w:themeColor="text1"/>
      </w:rPr>
      <w:tblPr/>
      <w:tcPr>
        <w:shd w:val="clear" w:color="auto" w:fill="F8EDED" w:themeFill="accent2" w:themeFillTint="19"/>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nwCell">
      <w:tblPr/>
      <w:tcPr>
        <w:shd w:val="clear" w:color="auto" w:fill="FFFFFF" w:themeFill="background1"/>
      </w:tcPr>
    </w:tblStylePr>
  </w:style>
  <w:style w:type="table" w:styleId="00008f">
    <w:name w:val="Medium Grid 3 Accent 6"/>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style>
  <w:style w:type="table" w:styleId="00008d">
    <w:name w:val="Medium Grid 3 Accent 4"/>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style>
  <w:style w:type="character" w:styleId="000046">
    <w:name w:val="Intense Reference"/>
    <w:basedOn w:val="000005"/>
    <w:uiPriority w:val="32"/>
    <w:qFormat w:val="1"/>
    <w:rsid w:val="00FC693F"/>
    <w:rPr>
      <w:b w:val="1"/>
      <w:bCs w:val="1"/>
      <w:smallCaps w:val="1"/>
      <w:color w:val="C0504D" w:themeColor="accent2"/>
      <w:spacing w:val="5"/>
      <w:u w:val="single"/>
    </w:rPr>
  </w:style>
  <w:style w:type="table" w:styleId="00009c">
    <w:name w:val="Colorful Shading Accent 5"/>
    <w:basedOn w:val="00001a"/>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firstRow">
      <w:rPr>
        <w:b w:val="1"/>
        <w:bCs w:val="1"/>
      </w:rPr>
      <w:tblPr/>
      <w:tcPr>
        <w:tcBorders>
          <w:top w:val="nil"/>
          <w:left w:val="nil"/>
          <w:bottom w:val="single" w:color="F79646" w:themeColor="accent6" w:sz="24" w:space="0"/>
          <w:right w:val="nil"/>
          <w:insideH w:val="nil"/>
          <w:insideV w:val="nil"/>
        </w:tcBorders>
        <w:shd w:val="clear" w:color="auto" w:fill="FFFFFF" w:themeFill="background1"/>
      </w:tcPr>
    </w:tblStylePr>
    <w:tblStylePr w:type="band1Horz">
      <w:tblPr/>
      <w:tcPr>
        <w:shd w:val="clear" w:color="auto" w:fill="A5D5E2" w:themeFill="accent5" w:themeFillTint="7F"/>
      </w:tcPr>
    </w:tblStylePr>
    <w:tblStylePr w:type="ne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276A7C" w:themeFill="accent5" w:themeFillShade="99"/>
      </w:tcPr>
    </w:tblStylePr>
    <w:tblStylePr w:type="nwCell">
      <w:rPr>
        <w:color w:val="000000" w:themeColor="text1"/>
      </w:r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band1Vert">
      <w:tblPr/>
      <w:tcPr>
        <w:shd w:val="clear" w:color="auto" w:fill="B6DDE8" w:themeFill="accent5" w:themeFillTint="66"/>
      </w:tcPr>
    </w:tblStylePr>
  </w:style>
  <w:style w:type="table" w:styleId="00007f">
    <w:name w:val="Medium Grid 1 Accent 4"/>
    <w:basedOn w:val="00001a"/>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band1Vert">
      <w:tblPr/>
      <w:tcPr>
        <w:shd w:val="clear" w:color="auto" w:fill="BFB1D0" w:themeFill="accent4" w:themeFillTint="7F"/>
      </w:tcPr>
    </w:tblStylePr>
    <w:tblStylePr w:type="lastCol">
      <w:rPr>
        <w:b w:val="1"/>
        <w:bCs w:val="1"/>
      </w:rPr>
    </w:tblStylePr>
    <w:tblStylePr w:type="firstRow">
      <w:rPr>
        <w:b w:val="1"/>
        <w:bCs w:val="1"/>
      </w:rPr>
    </w:tblStylePr>
    <w:tblStylePr w:type="band1Horz">
      <w:tblPr/>
      <w:tcPr>
        <w:shd w:val="clear" w:color="auto" w:fill="BFB1D0" w:themeFill="accent4" w:themeFillTint="7F"/>
      </w:tcPr>
    </w:tblStylePr>
    <w:tblStylePr w:type="lastRow">
      <w:rPr>
        <w:b w:val="1"/>
        <w:bCs w:val="1"/>
      </w:rPr>
      <w:tblPr/>
      <w:tcPr>
        <w:tcBorders>
          <w:top w:val="single" w:color="9F8AB9" w:themeColor="accent4" w:themeTint="BF" w:sz="18" w:space="0"/>
        </w:tcBorders>
      </w:tcPr>
    </w:tblStylePr>
    <w:tblStylePr w:type="firstCol">
      <w:rPr>
        <w:b w:val="1"/>
        <w:bCs w:val="1"/>
      </w:rPr>
    </w:tblStylePr>
  </w:style>
  <w:style w:type="table" w:styleId="000095">
    <w:name w:val="Dark List Accent 5"/>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000075">
    <w:name w:val="Medium List 2 Accent 1"/>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D3DFEE" w:themeFill="accent1" w:themeFillTint="3F"/>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D3DFEE" w:themeFill="accent1" w:themeFillTint="3F"/>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swCell">
      <w:tblPr/>
      <w:tcPr>
        <w:tcBorders>
          <w:top w:val="nil"/>
        </w:tcBorders>
      </w:tcPr>
    </w:tblStylePr>
    <w:tblStylePr w:type="nwCell">
      <w:tblPr/>
      <w:tcPr>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style>
  <w:style w:type="table" w:styleId="000074">
    <w:name w:val="Medium List 2"/>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C0C0C0" w:themeFill="text1" w:themeFillTint="3F"/>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C0C0C0" w:themeFill="text1" w:themeFillTint="3F"/>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swCell">
      <w:tblPr/>
      <w:tcPr>
        <w:tcBorders>
          <w:top w:val="nil"/>
        </w:tcBorders>
      </w:tcPr>
    </w:tblStylePr>
    <w:tblStylePr w:type="nwCell">
      <w:tblPr/>
      <w:tcPr>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style>
  <w:style w:type="table" w:styleId="000064">
    <w:name w:val="Medium Shading 1 Accent 5"/>
    <w:basedOn w:val="00001a"/>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val="1"/>
        <w:bCs w:val="1"/>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val="1"/>
        <w:bCs w:val="1"/>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band2Horz">
      <w:tblPr/>
      <w:tcPr>
        <w:tcBorders>
          <w:insideH w:val="nil"/>
          <w:insideV w:val="nil"/>
        </w:tcBorders>
      </w:tcPr>
    </w:tblStylePr>
    <w:tblStylePr w:type="band1Horz">
      <w:tblPr/>
      <w:tcPr>
        <w:tcBorders>
          <w:insideH w:val="nil"/>
          <w:insideV w:val="nil"/>
        </w:tcBorders>
        <w:shd w:val="clear" w:color="auto" w:fill="D2EAF1" w:themeFill="accent5" w:themeFillTint="3F"/>
      </w:tcPr>
    </w:tblStylePr>
    <w:tblStylePr w:type="lastCol">
      <w:rPr>
        <w:b w:val="1"/>
        <w:bCs w:val="1"/>
      </w:rPr>
    </w:tblStylePr>
    <w:tblStylePr w:type="firstCol">
      <w:rPr>
        <w:b w:val="1"/>
        <w:bCs w:val="1"/>
      </w:rPr>
    </w:tblStylePr>
    <w:tblStylePr w:type="band1Vert">
      <w:tblPr/>
      <w:tcPr>
        <w:shd w:val="clear" w:color="auto" w:fill="D2EAF1" w:themeFill="accent5" w:themeFillTint="3F"/>
      </w:tcPr>
    </w:tblStylePr>
  </w:style>
  <w:style w:type="table" w:styleId="00008e">
    <w:name w:val="Medium Grid 3 Accent 5"/>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000062">
    <w:name w:val="Medium Shading 1 Accent 3"/>
    <w:basedOn w:val="00001a"/>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band1Horz">
      <w:tblPr/>
      <w:tcPr>
        <w:tcBorders>
          <w:insideH w:val="nil"/>
          <w:insideV w:val="nil"/>
        </w:tcBorders>
        <w:shd w:val="clear" w:color="auto" w:fill="E6EED5" w:themeFill="accent3" w:themeFillTint="3F"/>
      </w:tcPr>
    </w:tblStylePr>
    <w:tblStylePr w:type="band1Vert">
      <w:tblPr/>
      <w:tcPr>
        <w:shd w:val="clear" w:color="auto" w:fill="E6EED5" w:themeFill="accent3" w:themeFillTint="3F"/>
      </w:tcPr>
    </w:tblStylePr>
    <w:tblStylePr w:type="band2Horz">
      <w:tblPr/>
      <w:tcPr>
        <w:tcBorders>
          <w:insideH w:val="nil"/>
          <w:insideV w:val="nil"/>
        </w:tcBorders>
      </w:tcPr>
    </w:tblStylePr>
    <w:tblStylePr w:type="firstRow">
      <w:pPr>
        <w:spacing w:before="0" w:after="0" w:line="240" w:lineRule="auto"/>
      </w:pPr>
      <w:rPr>
        <w:b w:val="1"/>
        <w:bCs w:val="1"/>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firstCol">
      <w:rPr>
        <w:b w:val="1"/>
        <w:bCs w:val="1"/>
      </w:rPr>
    </w:tblStylePr>
    <w:tblStylePr w:type="lastCol">
      <w:rPr>
        <w:b w:val="1"/>
        <w:bCs w:val="1"/>
      </w:rPr>
    </w:tblStylePr>
    <w:tblStylePr w:type="lastRow">
      <w:pPr>
        <w:spacing w:before="0" w:after="0" w:line="240" w:lineRule="auto"/>
      </w:pPr>
      <w:rPr>
        <w:b w:val="1"/>
        <w:bCs w:val="1"/>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style>
  <w:style w:type="table" w:styleId="000094">
    <w:name w:val="Dark List Accent 4"/>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band1Horz">
      <w:tblPr/>
      <w:tcPr>
        <w:tcBorders>
          <w:top w:val="nil"/>
          <w:left w:val="nil"/>
          <w:bottom w:val="nil"/>
          <w:right w:val="nil"/>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style>
  <w:style w:type="table" w:styleId="00006a">
    <w:name w:val="Medium Shading 2 Accent 4"/>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D8D8D8" w:themeFill="background1" w:themeFillShade="D8"/>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neCell">
      <w:tblPr/>
      <w:tcPr>
        <w:tcBorders>
          <w:top w:val="single" w:color="auto" w:sz="18" w:space="0"/>
          <w:left w:val="nil"/>
          <w:bottom w:val="single" w:color="auto" w:sz="18" w:space="0"/>
          <w:right w:val="nil"/>
          <w:insideH w:val="nil"/>
          <w:insideV w:val="nil"/>
        </w:tcBorders>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band1Horz">
      <w:tblPr/>
      <w:tcPr>
        <w:shd w:val="clear" w:color="auto" w:fill="D8D8D8" w:themeFill="background1" w:themeFillShade="D8"/>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Col">
      <w:rPr>
        <w:b w:val="1"/>
        <w:bCs w:val="1"/>
        <w:color w:val="FFFFFF" w:themeColor="background1"/>
      </w:rPr>
      <w:tblPr/>
      <w:tcPr>
        <w:tcBorders>
          <w:left w:val="nil"/>
          <w:right w:val="nil"/>
          <w:insideH w:val="nil"/>
          <w:insideV w:val="nil"/>
        </w:tcBorders>
        <w:shd w:val="clear" w:color="auto" w:fill="8064A2" w:themeFill="accent4"/>
      </w:tcPr>
    </w:tblStylePr>
  </w:style>
  <w:style w:type="table" w:styleId="000055">
    <w:name w:val="Light List Accent 4"/>
    <w:basedOn w:val="00001a"/>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lastRow">
      <w:pPr>
        <w:spacing w:before="0" w:after="0" w:line="240" w:lineRule="auto"/>
      </w:pPr>
      <w:rPr>
        <w:b w:val="1"/>
        <w:bCs w:val="1"/>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Col">
      <w:rPr>
        <w:b w:val="1"/>
        <w:bCs w:val="1"/>
      </w:rPr>
    </w:tblStylePr>
    <w:tblStylePr w:type="firstRow">
      <w:pPr>
        <w:spacing w:before="0" w:after="0" w:line="240" w:lineRule="auto"/>
      </w:pPr>
      <w:rPr>
        <w:b w:val="1"/>
        <w:bCs w:val="1"/>
        <w:color w:val="FFFFFF" w:themeColor="background1"/>
      </w:rPr>
      <w:tblPr/>
      <w:tcPr>
        <w:shd w:val="clear" w:color="auto" w:fill="8064A2" w:themeFill="accent4"/>
      </w:tcPr>
    </w:tblStylePr>
    <w:tblStylePr w:type="firstCol">
      <w:rPr>
        <w:b w:val="1"/>
        <w:bCs w:val="1"/>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paragraph" w:styleId="000008">
    <w:name w:val="heading 1"/>
    <w:basedOn w:val="000002"/>
    <w:next w:val="000002"/>
    <w:link w:val="000009"/>
    <w:uiPriority w:val="9"/>
    <w:qFormat w:val="1"/>
    <w:rsid w:val="00FC693F"/>
    <w:pPr>
      <w:keepNext w:val="1"/>
      <w:keepLines w:val="1"/>
      <w:spacing w:before="480" w:after="0"/>
      <w:outlineLvl w:val="0"/>
    </w:pPr>
    <w:rPr>
      <w:rFonts w:ascii="Times New Roman" w:hAnsi="Times New Roman" w:eastAsia="思源黑体" w:cs="Times New Roman" w:asciiTheme="majorHAnsi" w:hAnsiTheme="majorHAnsi" w:eastAsiaTheme="majorEastAsia" w:cstheme="majorBidi"/>
      <w:b w:val="1"/>
      <w:bCs w:val="1"/>
      <w:color w:val="365F91" w:themeColor="accent1" w:themeShade="BF"/>
      <w:sz w:val="32"/>
      <w:szCs w:val="32"/>
    </w:rPr>
  </w:style>
  <w:style w:type="paragraph" w:styleId="000014">
    <w:name w:val="heading 7"/>
    <w:basedOn w:val="000002"/>
    <w:next w:val="000002"/>
    <w:link w:val="000015"/>
    <w:uiPriority w:val="9"/>
    <w:semiHidden w:val="1"/>
    <w:unhideWhenUsed w:val="1"/>
    <w:qFormat w:val="1"/>
    <w:rsid w:val="00FC693F"/>
    <w:pPr>
      <w:keepNext w:val="1"/>
      <w:keepLines w:val="1"/>
      <w:spacing w:before="200" w:after="0"/>
      <w:outlineLvl w:val="6"/>
    </w:pPr>
    <w:rPr>
      <w:rFonts w:asciiTheme="majorHAnsi" w:hAnsiTheme="majorHAnsi" w:eastAsiaTheme="majorEastAsia" w:cstheme="majorBidi"/>
      <w:i w:val="1"/>
      <w:iCs w:val="1"/>
      <w:color w:val="404040" w:themeColor="text1" w:themeTint="BF"/>
    </w:rPr>
  </w:style>
  <w:style w:type="table" w:styleId="00009a">
    <w:name w:val="Colorful Shading Accent 3"/>
    <w:basedOn w:val="00001a"/>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band1Vert">
      <w:tblPr/>
      <w:tcPr>
        <w:shd w:val="clear" w:color="auto" w:fill="D6E3BC" w:themeFill="accent3" w:themeFillTint="66"/>
      </w:tcPr>
    </w:tblStylePr>
    <w:tblStylePr w:type="lastRow">
      <w:rPr>
        <w:b w:val="1"/>
        <w:bCs w:val="1"/>
        <w:color w:val="FFFFFF" w:themeColor="background1"/>
      </w:rPr>
      <w:tblPr/>
      <w:tcPr>
        <w:tcBorders>
          <w:top w:val="single" w:color="FFFFFF" w:themeColor="background1" w:sz="6" w:space="0"/>
        </w:tcBorders>
        <w:shd w:val="clear" w:color="auto" w:fill="5E7530" w:themeFill="accent3" w:themeFillShade="99"/>
      </w:tcPr>
    </w:tblStylePr>
    <w:tblStylePr w:type="band1Horz">
      <w:tblPr/>
      <w:tcPr>
        <w:shd w:val="clear" w:color="auto" w:fill="CDDDAC" w:themeFill="accent3" w:themeFillTint="7F"/>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firstRow">
      <w:rPr>
        <w:b w:val="1"/>
        <w:bCs w:val="1"/>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style>
  <w:style w:type="character" w:styleId="000040">
    <w:name w:val="Emphasis"/>
    <w:basedOn w:val="000005"/>
    <w:uiPriority w:val="20"/>
    <w:qFormat w:val="1"/>
    <w:rsid w:val="00FC693F"/>
    <w:rPr>
      <w:i w:val="1"/>
      <w:iCs w:val="1"/>
    </w:rPr>
  </w:style>
  <w:style w:type="character" w:styleId="000042" w:customStyle="1">
    <w:name w:val="Intense Quote Char"/>
    <w:basedOn w:val="000005"/>
    <w:link w:val="000041"/>
    <w:uiPriority w:val="30"/>
    <w:rsid w:val="00FC693F"/>
    <w:rPr>
      <w:b w:val="1"/>
      <w:bCs w:val="1"/>
      <w:i w:val="1"/>
      <w:iCs w:val="1"/>
      <w:color w:val="4F81BD" w:themeColor="accent1"/>
    </w:rPr>
  </w:style>
  <w:style w:type="table" w:styleId="000086">
    <w:name w:val="Medium Grid 2 Accent 4"/>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nwCell">
      <w:tblPr/>
      <w:tcPr>
        <w:shd w:val="clear" w:color="auto" w:fill="FFFFFF" w:themeFill="background1"/>
      </w:tcPr>
    </w:tblStylePr>
    <w:tblStylePr w:type="band1Vert">
      <w:tblPr/>
      <w:tcPr>
        <w:shd w:val="clear" w:color="auto" w:fill="BFB1D0" w:themeFill="accent4" w:themeFillTint="7F"/>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firstRow">
      <w:rPr>
        <w:b w:val="1"/>
        <w:bCs w:val="1"/>
        <w:color w:val="000000" w:themeColor="text1"/>
      </w:rPr>
      <w:tblPr/>
      <w:tcPr>
        <w:shd w:val="clear" w:color="auto" w:fill="F2EFF6" w:themeFill="accent4" w:themeFillTint="19"/>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style>
  <w:style w:type="table" w:styleId="000082">
    <w:name w:val="Medium Grid 2"/>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band1Vert">
      <w:tblPr/>
      <w:tcPr>
        <w:shd w:val="clear" w:color="auto" w:fill="808080" w:themeFill="text1" w:themeFillTint="7F"/>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Row">
      <w:rPr>
        <w:b w:val="1"/>
        <w:bCs w:val="1"/>
        <w:color w:val="000000" w:themeColor="text1"/>
      </w:rPr>
      <w:tblPr/>
      <w:tcPr>
        <w:shd w:val="clear" w:color="auto" w:fill="E6E6E6" w:themeFill="text1" w:themeFillTint="19"/>
      </w:tcPr>
    </w:tblStylePr>
  </w:style>
  <w:style w:type="table" w:styleId="000060">
    <w:name w:val="Medium Shading 1 Accent 1"/>
    <w:basedOn w:val="00001a"/>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band1Vert">
      <w:tblPr/>
      <w:tcPr>
        <w:shd w:val="clear" w:color="auto" w:fill="D3DFEE" w:themeFill="accent1" w:themeFillTint="3F"/>
      </w:tcPr>
    </w:tblStylePr>
    <w:tblStylePr w:type="lastRow">
      <w:pPr>
        <w:spacing w:before="0" w:after="0" w:line="240" w:lineRule="auto"/>
      </w:pPr>
      <w:rPr>
        <w:b w:val="1"/>
        <w:bCs w:val="1"/>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band2Horz">
      <w:tblPr/>
      <w:tcPr>
        <w:tcBorders>
          <w:insideH w:val="nil"/>
          <w:insideV w:val="nil"/>
        </w:tcBorders>
      </w:tcPr>
    </w:tblStylePr>
    <w:tblStylePr w:type="lastCol">
      <w:rPr>
        <w:b w:val="1"/>
        <w:bCs w:val="1"/>
      </w:rPr>
    </w:tblStylePr>
    <w:tblStylePr w:type="firstRow">
      <w:pPr>
        <w:spacing w:before="0" w:after="0" w:line="240" w:lineRule="auto"/>
      </w:pPr>
      <w:rPr>
        <w:b w:val="1"/>
        <w:bCs w:val="1"/>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firstCol">
      <w:rPr>
        <w:b w:val="1"/>
        <w:bCs w:val="1"/>
      </w:rPr>
    </w:tblStylePr>
    <w:tblStylePr w:type="band1Horz">
      <w:tblPr/>
      <w:tcPr>
        <w:tcBorders>
          <w:insideH w:val="nil"/>
          <w:insideV w:val="nil"/>
        </w:tcBorders>
        <w:shd w:val="clear" w:color="auto" w:fill="D3DFEE" w:themeFill="accent1" w:themeFillTint="3F"/>
      </w:tcPr>
    </w:tblStylePr>
  </w:style>
  <w:style w:type="table" w:styleId="0000a3">
    <w:name w:val="Colorful List Accent 5"/>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lastCol">
      <w:rPr>
        <w:b w:val="1"/>
        <w:bCs w:val="1"/>
      </w:rPr>
    </w:tblStylePr>
    <w:tblStylePr w:type="band1Horz">
      <w:tblPr/>
      <w:tcPr>
        <w:shd w:val="clear" w:color="auto" w:fill="DAEEF3" w:themeFill="accent5" w:themeFillTint="33"/>
      </w:tcPr>
    </w:tblStylePr>
    <w:tblStylePr w:type="firstCol">
      <w:rPr>
        <w:b w:val="1"/>
        <w:bCs w:val="1"/>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lastRow">
      <w:rPr>
        <w:b w:val="1"/>
        <w:bCs w:val="1"/>
        <w:color w:val="F2730A" w:themeColor="accent6" w:themeShade="CC"/>
      </w:rPr>
      <w:tblPr/>
      <w:tcPr>
        <w:tcBorders>
          <w:top w:val="single" w:color="000000" w:themeColor="text1" w:sz="12" w:space="0"/>
        </w:tcBorders>
        <w:shd w:val="clear" w:color="auto" w:fill="FFFFFF" w:themeFill="background1"/>
      </w:tcPr>
    </w:tblStylePr>
    <w:tblStylePr w:type="firstRow">
      <w:rPr>
        <w:b w:val="1"/>
        <w:bCs w:val="1"/>
        <w:color w:val="FFFFFF" w:themeColor="background1"/>
      </w:rPr>
      <w:tblPr/>
      <w:tcPr>
        <w:tcBorders>
          <w:bottom w:val="single" w:color="FFFFFF" w:themeColor="background1" w:sz="12" w:space="0"/>
        </w:tcBorders>
        <w:shd w:val="clear" w:color="auto" w:fill="F2730A" w:themeFill="accent6" w:themeFillShade="CC"/>
      </w:tcPr>
    </w:tblStylePr>
  </w:style>
  <w:style w:type="table" w:styleId="000053">
    <w:name w:val="Light List Accent 2"/>
    <w:basedOn w:val="00001a"/>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lastCol">
      <w:rPr>
        <w:b w:val="1"/>
        <w:bCs w:val="1"/>
      </w:rPr>
    </w:tblStylePr>
    <w:tblStylePr w:type="firstRow">
      <w:pPr>
        <w:spacing w:before="0" w:after="0" w:line="240" w:lineRule="auto"/>
      </w:pPr>
      <w:rPr>
        <w:b w:val="1"/>
        <w:bCs w:val="1"/>
        <w:color w:val="FFFFFF" w:themeColor="background1"/>
      </w:rPr>
      <w:tblPr/>
      <w:tcPr>
        <w:shd w:val="clear" w:color="auto" w:fill="C0504D" w:themeFill="accent2"/>
      </w:tcPr>
    </w:tblStylePr>
    <w:tblStylePr w:type="firstCol">
      <w:rPr>
        <w:b w:val="1"/>
        <w:bCs w:val="1"/>
      </w:r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pPr>
        <w:spacing w:before="0" w:after="0" w:line="240" w:lineRule="auto"/>
      </w:pPr>
      <w:rPr>
        <w:b w:val="1"/>
        <w:bCs w:val="1"/>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style>
  <w:style w:type="character" w:styleId="000013" w:customStyle="1">
    <w:name w:val="Heading 6 Char"/>
    <w:basedOn w:val="000005"/>
    <w:link w:val="000012"/>
    <w:uiPriority w:val="9"/>
    <w:semiHidden w:val="1"/>
    <w:rsid w:val="00FC693F"/>
    <w:rPr>
      <w:rFonts w:asciiTheme="majorHAnsi" w:hAnsiTheme="majorHAnsi" w:eastAsiaTheme="majorEastAsia" w:cstheme="majorBidi"/>
      <w:i w:val="1"/>
      <w:iCs w:val="1"/>
      <w:color w:val="243F60" w:themeColor="accent1" w:themeShade="7F"/>
    </w:rPr>
  </w:style>
  <w:style w:type="table" w:styleId="000088">
    <w:name w:val="Medium Grid 2 Accent 6"/>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nwCell">
      <w:tblPr/>
      <w:tcPr>
        <w:shd w:val="clear" w:color="auto" w:fill="FFFFFF" w:themeFill="background1"/>
      </w:tcPr>
    </w:tblStylePr>
    <w:tblStylePr w:type="firstRow">
      <w:rPr>
        <w:b w:val="1"/>
        <w:bCs w:val="1"/>
        <w:color w:val="000000" w:themeColor="text1"/>
      </w:rPr>
      <w:tblPr/>
      <w:tcPr>
        <w:shd w:val="clear" w:color="auto" w:fill="FEF4EC" w:themeFill="accent6" w:themeFillTint="19"/>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FBCAA2" w:themeFill="accent6" w:themeFillTint="7F"/>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style>
  <w:style w:type="character" w:styleId="00000d" w:customStyle="1">
    <w:name w:val="Heading 3 Char"/>
    <w:basedOn w:val="000005"/>
    <w:link w:val="00000c"/>
    <w:uiPriority w:val="9"/>
    <w:rsid w:val="00FC693F"/>
    <w:rPr>
      <w:rFonts w:asciiTheme="majorHAnsi" w:hAnsiTheme="majorHAnsi" w:eastAsiaTheme="majorEastAsia" w:cstheme="majorBidi"/>
      <w:b w:val="1"/>
      <w:bCs w:val="1"/>
      <w:color w:val="4F81BD" w:themeColor="accent1"/>
    </w:rPr>
  </w:style>
  <w:style w:type="table" w:styleId="0000a7">
    <w:name w:val="Colorful Grid Accent 2"/>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lastCol">
      <w:rPr>
        <w:color w:val="FFFFFF" w:themeColor="background1"/>
      </w:rPr>
      <w:tblPr/>
      <w:tcPr>
        <w:shd w:val="clear" w:color="auto" w:fill="943634" w:themeFill="accent2" w:themeFillShade="BF"/>
      </w:tcPr>
    </w:tblStylePr>
    <w:tblStylePr w:type="firstCol">
      <w:rPr>
        <w:color w:val="FFFFFF" w:themeColor="background1"/>
      </w:rPr>
      <w:tblPr/>
      <w:tcPr>
        <w:shd w:val="clear" w:color="auto" w:fill="943634" w:themeFill="accent2" w:themeFillShade="BF"/>
      </w:tcPr>
    </w:tblStylePr>
    <w:tblStylePr w:type="band1Horz">
      <w:tblPr/>
      <w:tcPr>
        <w:shd w:val="clear" w:color="auto" w:fill="DFA7A6" w:themeFill="accent2" w:themeFillTint="7F"/>
      </w:tcPr>
    </w:tblStylePr>
    <w:tblStylePr w:type="band1Vert">
      <w:tblPr/>
      <w:tcPr>
        <w:shd w:val="clear" w:color="auto" w:fill="DFA7A6" w:themeFill="accent2" w:themeFillTint="7F"/>
      </w:tcPr>
    </w:tblStylePr>
    <w:tblStylePr w:type="lastRow">
      <w:rPr>
        <w:b w:val="1"/>
        <w:bCs w:val="1"/>
        <w:color w:val="000000" w:themeColor="text1"/>
      </w:rPr>
      <w:tblPr/>
      <w:tcPr>
        <w:shd w:val="clear" w:color="auto" w:fill="E5B8B7" w:themeFill="accent2" w:themeFillTint="66"/>
      </w:tcPr>
    </w:tblStylePr>
    <w:tblStylePr w:type="firstRow">
      <w:rPr>
        <w:b w:val="1"/>
        <w:bCs w:val="1"/>
      </w:rPr>
      <w:tblPr/>
      <w:tcPr>
        <w:shd w:val="clear" w:color="auto" w:fill="E5B8B7" w:themeFill="accent2" w:themeFillTint="66"/>
      </w:tcPr>
    </w:tblStylePr>
  </w:style>
</w:styles>
</file>

<file path=word/_rels/document.xml.rels><?xml version="1.0" encoding="UTF-8" standalone="yes"?><Relationships xmlns="http://schemas.openxmlformats.org/package/2006/relationships"><Relationship Id="rId4" Type="http://schemas.openxmlformats.org/officeDocument/2006/relationships/numbering" Target="numbering.xml" /><Relationship Id="rId3" Type="http://schemas.openxmlformats.org/officeDocument/2006/relationships/theme" Target="theme/theme1.xml" /><Relationship Id="rId2" Type="http://schemas.openxmlformats.org/officeDocument/2006/relationships/fontTable" Target="fontTable.xml" /><Relationship Id="rId1" Type="http://schemas.openxmlformats.org/officeDocument/2006/relationships/settings" Target="settings.xml" /><Relationship Id="rId0"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dc="http://purl.org/dc/elements/1.1/" xmlns:cp="http://schemas.openxmlformats.org/package/2006/metadata/core-properties">
  <dcterms:created xsi:type="dcterms:W3CDTF">2026-10-31T14:48:52Z</dcterms:created>
  <dcterms:modified xsi:type="dcterms:W3CDTF">2026-10-31T14:48:52Z</dcterms:modified>
</cp:coreProperties>
</file>